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936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936"/>
      </w:tblGrid>
      <w:tr w:rsidR="00D93B48" w14:paraId="00A9F33A" w14:textId="77777777">
        <w:trPr>
          <w:jc w:val="center"/>
        </w:trPr>
        <w:tc>
          <w:tcPr>
            <w:tcW w:w="9936" w:type="dxa"/>
            <w:shd w:val="clear" w:color="auto" w:fill="F7EDF2"/>
            <w:tcMar>
              <w:top w:w="220" w:type="dxa"/>
              <w:left w:w="260" w:type="dxa"/>
              <w:bottom w:w="240" w:type="dxa"/>
              <w:right w:w="260" w:type="dxa"/>
            </w:tcMar>
          </w:tcPr>
          <w:p w14:paraId="40B3EC96" w14:textId="77777777" w:rsidR="00D93B48" w:rsidRDefault="00000000">
            <w:pPr>
              <w:spacing w:after="120"/>
            </w:pPr>
            <w:r>
              <w:rPr>
                <w:b/>
                <w:color w:val="743A56"/>
                <w:sz w:val="16"/>
              </w:rPr>
              <w:t>REFERRAL &amp; CONSENT</w:t>
            </w:r>
          </w:p>
          <w:p w14:paraId="518812A7" w14:textId="77777777" w:rsidR="00D93B48" w:rsidRDefault="00000000">
            <w:pPr>
              <w:spacing w:after="140"/>
            </w:pPr>
            <w:r>
              <w:rPr>
                <w:b/>
                <w:color w:val="743A56"/>
                <w:sz w:val="50"/>
              </w:rPr>
              <w:t>Compassionate Nursing Care referral form</w:t>
            </w:r>
          </w:p>
          <w:p w14:paraId="6C407A8A" w14:textId="77777777" w:rsidR="00D93B48" w:rsidRDefault="00000000">
            <w:pPr>
              <w:spacing w:after="0"/>
            </w:pPr>
            <w:r>
              <w:rPr>
                <w:sz w:val="22"/>
              </w:rPr>
              <w:t>For non-clinical daily living, community, respite and household supports.</w:t>
            </w:r>
          </w:p>
        </w:tc>
      </w:tr>
    </w:tbl>
    <w:p w14:paraId="12E4AB8D" w14:textId="77777777" w:rsidR="00D93B48" w:rsidRDefault="00000000">
      <w:pPr>
        <w:spacing w:after="60"/>
      </w:pPr>
      <w:r>
        <w:rPr>
          <w:color w:val="5B6775"/>
          <w:sz w:val="16"/>
        </w:rPr>
        <w:t>How to use: complete electronically in Word or print and write clearly. Fields marked * are required. A referral is not an acceptance of service.</w:t>
      </w:r>
    </w:p>
    <w:tbl>
      <w:tblPr>
        <w:tblW w:w="9936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792"/>
        <w:gridCol w:w="2520"/>
        <w:gridCol w:w="6624"/>
      </w:tblGrid>
      <w:tr w:rsidR="00D93B48" w14:paraId="50C73185" w14:textId="77777777">
        <w:trPr>
          <w:cantSplit/>
          <w:jc w:val="center"/>
        </w:trPr>
        <w:tc>
          <w:tcPr>
            <w:tcW w:w="792" w:type="dxa"/>
            <w:shd w:val="clear" w:color="auto" w:fill="743A5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995EB88" w14:textId="77777777" w:rsidR="00D93B48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20"/>
              </w:rPr>
              <w:t>1</w:t>
            </w:r>
          </w:p>
        </w:tc>
        <w:tc>
          <w:tcPr>
            <w:tcW w:w="9144" w:type="dxa"/>
            <w:gridSpan w:val="2"/>
            <w:shd w:val="clear" w:color="auto" w:fill="F7ED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779A54C" w14:textId="77777777" w:rsidR="00D93B48" w:rsidRDefault="00000000">
            <w:pPr>
              <w:spacing w:after="0"/>
            </w:pPr>
            <w:r>
              <w:rPr>
                <w:b/>
                <w:color w:val="743A56"/>
                <w:sz w:val="23"/>
              </w:rPr>
              <w:t>Referral details</w:t>
            </w:r>
          </w:p>
        </w:tc>
      </w:tr>
      <w:tr w:rsidR="00D93B48" w14:paraId="3A5CD429" w14:textId="77777777">
        <w:tblPrEx>
          <w:tblBorders>
            <w:top w:val="single" w:sz="4" w:space="0" w:color="CDD7E1"/>
            <w:left w:val="single" w:sz="4" w:space="0" w:color="CDD7E1"/>
            <w:bottom w:val="single" w:sz="4" w:space="0" w:color="CDD7E1"/>
            <w:right w:val="single" w:sz="4" w:space="0" w:color="CDD7E1"/>
            <w:insideH w:val="single" w:sz="4" w:space="0" w:color="CDD7E1"/>
            <w:insideV w:val="single" w:sz="4" w:space="0" w:color="CDD7E1"/>
          </w:tblBorders>
        </w:tblPrEx>
        <w:trPr>
          <w:cantSplit/>
          <w:trHeight w:val="454"/>
          <w:jc w:val="center"/>
        </w:trPr>
        <w:tc>
          <w:tcPr>
            <w:tcW w:w="3312" w:type="dxa"/>
            <w:gridSpan w:val="2"/>
            <w:shd w:val="clear" w:color="auto" w:fill="F5F7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4C39E27" w14:textId="77777777" w:rsidR="00D93B48" w:rsidRDefault="00000000">
            <w:pPr>
              <w:spacing w:after="0"/>
            </w:pPr>
            <w:r>
              <w:rPr>
                <w:b/>
                <w:sz w:val="17"/>
              </w:rPr>
              <w:t>Referral date *</w:t>
            </w:r>
          </w:p>
        </w:tc>
        <w:tc>
          <w:tcPr>
            <w:tcW w:w="662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F96E1AF" w14:textId="77777777" w:rsidR="00D93B48" w:rsidRDefault="00000000">
            <w:pPr>
              <w:spacing w:after="0"/>
            </w:pPr>
            <w:sdt>
              <w:sdtPr>
                <w:alias w:val="COM_REFERRAL_DATE"/>
                <w:tag w:val="COM_REFERRAL_DATE"/>
                <w:id w:val="-1051838369"/>
                <w:text/>
              </w:sdtPr>
              <w:sdtContent>
                <w:r>
                  <w:rPr>
                    <w:color w:val="5B6775"/>
                    <w:sz w:val="17"/>
                  </w:rPr>
                  <w:t>Click or tap to enter</w:t>
                </w:r>
              </w:sdtContent>
            </w:sdt>
          </w:p>
        </w:tc>
      </w:tr>
      <w:tr w:rsidR="00D93B48" w14:paraId="6115C7CF" w14:textId="77777777">
        <w:tblPrEx>
          <w:tblBorders>
            <w:top w:val="single" w:sz="4" w:space="0" w:color="CDD7E1"/>
            <w:left w:val="single" w:sz="4" w:space="0" w:color="CDD7E1"/>
            <w:bottom w:val="single" w:sz="4" w:space="0" w:color="CDD7E1"/>
            <w:right w:val="single" w:sz="4" w:space="0" w:color="CDD7E1"/>
            <w:insideH w:val="single" w:sz="4" w:space="0" w:color="CDD7E1"/>
            <w:insideV w:val="single" w:sz="4" w:space="0" w:color="CDD7E1"/>
          </w:tblBorders>
        </w:tblPrEx>
        <w:trPr>
          <w:cantSplit/>
          <w:trHeight w:val="454"/>
          <w:jc w:val="center"/>
        </w:trPr>
        <w:tc>
          <w:tcPr>
            <w:tcW w:w="3312" w:type="dxa"/>
            <w:gridSpan w:val="2"/>
            <w:shd w:val="clear" w:color="auto" w:fill="F5F7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643FDB7" w14:textId="77777777" w:rsidR="00D93B48" w:rsidRDefault="00000000">
            <w:pPr>
              <w:spacing w:after="0"/>
            </w:pPr>
            <w:r>
              <w:rPr>
                <w:b/>
                <w:sz w:val="17"/>
              </w:rPr>
              <w:t>Referrer name *</w:t>
            </w:r>
          </w:p>
        </w:tc>
        <w:tc>
          <w:tcPr>
            <w:tcW w:w="662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96920A2" w14:textId="77777777" w:rsidR="00D93B48" w:rsidRDefault="00000000">
            <w:pPr>
              <w:spacing w:after="0"/>
            </w:pPr>
            <w:sdt>
              <w:sdtPr>
                <w:alias w:val="COM_REFERRER_NAME"/>
                <w:tag w:val="COM_REFERRER_NAME"/>
                <w:id w:val="-207413072"/>
                <w:text/>
              </w:sdtPr>
              <w:sdtContent>
                <w:r>
                  <w:rPr>
                    <w:color w:val="5B6775"/>
                    <w:sz w:val="17"/>
                  </w:rPr>
                  <w:t>Click or tap to enter</w:t>
                </w:r>
              </w:sdtContent>
            </w:sdt>
          </w:p>
        </w:tc>
      </w:tr>
      <w:tr w:rsidR="00D93B48" w14:paraId="11590A53" w14:textId="77777777">
        <w:tblPrEx>
          <w:tblBorders>
            <w:top w:val="single" w:sz="4" w:space="0" w:color="CDD7E1"/>
            <w:left w:val="single" w:sz="4" w:space="0" w:color="CDD7E1"/>
            <w:bottom w:val="single" w:sz="4" w:space="0" w:color="CDD7E1"/>
            <w:right w:val="single" w:sz="4" w:space="0" w:color="CDD7E1"/>
            <w:insideH w:val="single" w:sz="4" w:space="0" w:color="CDD7E1"/>
            <w:insideV w:val="single" w:sz="4" w:space="0" w:color="CDD7E1"/>
          </w:tblBorders>
        </w:tblPrEx>
        <w:trPr>
          <w:cantSplit/>
          <w:trHeight w:val="454"/>
          <w:jc w:val="center"/>
        </w:trPr>
        <w:tc>
          <w:tcPr>
            <w:tcW w:w="3312" w:type="dxa"/>
            <w:gridSpan w:val="2"/>
            <w:shd w:val="clear" w:color="auto" w:fill="F5F7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B9F2BB0" w14:textId="77777777" w:rsidR="00D93B48" w:rsidRDefault="00000000">
            <w:pPr>
              <w:spacing w:after="0"/>
            </w:pPr>
            <w:r>
              <w:rPr>
                <w:b/>
                <w:sz w:val="17"/>
              </w:rPr>
              <w:t>Role / organisation *</w:t>
            </w:r>
          </w:p>
        </w:tc>
        <w:tc>
          <w:tcPr>
            <w:tcW w:w="662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45BD076" w14:textId="77777777" w:rsidR="00D93B48" w:rsidRDefault="00000000">
            <w:pPr>
              <w:spacing w:after="0"/>
            </w:pPr>
            <w:sdt>
              <w:sdtPr>
                <w:alias w:val="COM_REFERRER_ROLE"/>
                <w:tag w:val="COM_REFERRER_ROLE"/>
                <w:id w:val="1309974312"/>
                <w:text/>
              </w:sdtPr>
              <w:sdtContent>
                <w:r>
                  <w:rPr>
                    <w:color w:val="5B6775"/>
                    <w:sz w:val="17"/>
                  </w:rPr>
                  <w:t>Click or tap to enter</w:t>
                </w:r>
              </w:sdtContent>
            </w:sdt>
          </w:p>
        </w:tc>
      </w:tr>
      <w:tr w:rsidR="00D93B48" w14:paraId="282AF835" w14:textId="77777777">
        <w:tblPrEx>
          <w:tblBorders>
            <w:top w:val="single" w:sz="4" w:space="0" w:color="CDD7E1"/>
            <w:left w:val="single" w:sz="4" w:space="0" w:color="CDD7E1"/>
            <w:bottom w:val="single" w:sz="4" w:space="0" w:color="CDD7E1"/>
            <w:right w:val="single" w:sz="4" w:space="0" w:color="CDD7E1"/>
            <w:insideH w:val="single" w:sz="4" w:space="0" w:color="CDD7E1"/>
            <w:insideV w:val="single" w:sz="4" w:space="0" w:color="CDD7E1"/>
          </w:tblBorders>
        </w:tblPrEx>
        <w:trPr>
          <w:cantSplit/>
          <w:trHeight w:val="454"/>
          <w:jc w:val="center"/>
        </w:trPr>
        <w:tc>
          <w:tcPr>
            <w:tcW w:w="3312" w:type="dxa"/>
            <w:gridSpan w:val="2"/>
            <w:shd w:val="clear" w:color="auto" w:fill="F5F7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FEDC242" w14:textId="77777777" w:rsidR="00D93B48" w:rsidRDefault="00000000">
            <w:pPr>
              <w:spacing w:after="0"/>
            </w:pPr>
            <w:r>
              <w:rPr>
                <w:b/>
                <w:sz w:val="17"/>
              </w:rPr>
              <w:t>Phone *</w:t>
            </w:r>
          </w:p>
        </w:tc>
        <w:tc>
          <w:tcPr>
            <w:tcW w:w="662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F4228FA" w14:textId="77777777" w:rsidR="00D93B48" w:rsidRDefault="00000000">
            <w:pPr>
              <w:spacing w:after="0"/>
            </w:pPr>
            <w:sdt>
              <w:sdtPr>
                <w:alias w:val="COM_REFERRER_PHONE"/>
                <w:tag w:val="COM_REFERRER_PHONE"/>
                <w:id w:val="541944271"/>
                <w:text/>
              </w:sdtPr>
              <w:sdtContent>
                <w:r>
                  <w:rPr>
                    <w:color w:val="5B6775"/>
                    <w:sz w:val="17"/>
                  </w:rPr>
                  <w:t>Click or tap to enter</w:t>
                </w:r>
              </w:sdtContent>
            </w:sdt>
          </w:p>
        </w:tc>
      </w:tr>
      <w:tr w:rsidR="00D93B48" w14:paraId="04126445" w14:textId="77777777">
        <w:tblPrEx>
          <w:tblBorders>
            <w:top w:val="single" w:sz="4" w:space="0" w:color="CDD7E1"/>
            <w:left w:val="single" w:sz="4" w:space="0" w:color="CDD7E1"/>
            <w:bottom w:val="single" w:sz="4" w:space="0" w:color="CDD7E1"/>
            <w:right w:val="single" w:sz="4" w:space="0" w:color="CDD7E1"/>
            <w:insideH w:val="single" w:sz="4" w:space="0" w:color="CDD7E1"/>
            <w:insideV w:val="single" w:sz="4" w:space="0" w:color="CDD7E1"/>
          </w:tblBorders>
        </w:tblPrEx>
        <w:trPr>
          <w:cantSplit/>
          <w:trHeight w:val="454"/>
          <w:jc w:val="center"/>
        </w:trPr>
        <w:tc>
          <w:tcPr>
            <w:tcW w:w="3312" w:type="dxa"/>
            <w:gridSpan w:val="2"/>
            <w:shd w:val="clear" w:color="auto" w:fill="F5F7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380C6A0" w14:textId="77777777" w:rsidR="00D93B48" w:rsidRDefault="00000000">
            <w:pPr>
              <w:spacing w:after="0"/>
            </w:pPr>
            <w:r>
              <w:rPr>
                <w:b/>
                <w:sz w:val="17"/>
              </w:rPr>
              <w:t>Email *</w:t>
            </w:r>
          </w:p>
        </w:tc>
        <w:tc>
          <w:tcPr>
            <w:tcW w:w="662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E509289" w14:textId="77777777" w:rsidR="00D93B48" w:rsidRDefault="00000000">
            <w:pPr>
              <w:spacing w:after="0"/>
            </w:pPr>
            <w:sdt>
              <w:sdtPr>
                <w:alias w:val="COM_REFERRER_EMAIL"/>
                <w:tag w:val="COM_REFERRER_EMAIL"/>
                <w:id w:val="1905634072"/>
                <w:text/>
              </w:sdtPr>
              <w:sdtContent>
                <w:r>
                  <w:rPr>
                    <w:color w:val="5B6775"/>
                    <w:sz w:val="17"/>
                  </w:rPr>
                  <w:t>Click or tap to enter</w:t>
                </w:r>
              </w:sdtContent>
            </w:sdt>
          </w:p>
        </w:tc>
      </w:tr>
      <w:tr w:rsidR="00D93B48" w14:paraId="0CF881C8" w14:textId="77777777">
        <w:tblPrEx>
          <w:tblBorders>
            <w:top w:val="single" w:sz="4" w:space="0" w:color="CDD7E1"/>
            <w:left w:val="single" w:sz="4" w:space="0" w:color="CDD7E1"/>
            <w:bottom w:val="single" w:sz="4" w:space="0" w:color="CDD7E1"/>
            <w:right w:val="single" w:sz="4" w:space="0" w:color="CDD7E1"/>
            <w:insideH w:val="single" w:sz="4" w:space="0" w:color="CDD7E1"/>
            <w:insideV w:val="single" w:sz="4" w:space="0" w:color="CDD7E1"/>
          </w:tblBorders>
        </w:tblPrEx>
        <w:trPr>
          <w:cantSplit/>
          <w:trHeight w:val="454"/>
          <w:jc w:val="center"/>
        </w:trPr>
        <w:tc>
          <w:tcPr>
            <w:tcW w:w="3312" w:type="dxa"/>
            <w:gridSpan w:val="2"/>
            <w:shd w:val="clear" w:color="auto" w:fill="F5F7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09D5E04" w14:textId="77777777" w:rsidR="00D93B48" w:rsidRDefault="00000000">
            <w:pPr>
              <w:spacing w:after="0"/>
            </w:pPr>
            <w:r>
              <w:rPr>
                <w:b/>
                <w:sz w:val="17"/>
              </w:rPr>
              <w:t>Preferred contact method</w:t>
            </w:r>
          </w:p>
        </w:tc>
        <w:tc>
          <w:tcPr>
            <w:tcW w:w="662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02CAD13" w14:textId="77777777" w:rsidR="00D93B48" w:rsidRDefault="00000000">
            <w:pPr>
              <w:spacing w:after="0"/>
            </w:pPr>
            <w:sdt>
              <w:sdtPr>
                <w:alias w:val="COM_CONTACT_METHOD"/>
                <w:tag w:val="COM_CONTACT_METHOD"/>
                <w:id w:val="357086458"/>
                <w:text/>
              </w:sdtPr>
              <w:sdtContent>
                <w:r>
                  <w:rPr>
                    <w:color w:val="5B6775"/>
                    <w:sz w:val="17"/>
                  </w:rPr>
                  <w:t>Click or tap to enter</w:t>
                </w:r>
              </w:sdtContent>
            </w:sdt>
          </w:p>
        </w:tc>
      </w:tr>
      <w:tr w:rsidR="00D93B48" w14:paraId="2328BB58" w14:textId="77777777">
        <w:tblPrEx>
          <w:tblBorders>
            <w:top w:val="single" w:sz="4" w:space="0" w:color="CDD7E1"/>
            <w:left w:val="single" w:sz="4" w:space="0" w:color="CDD7E1"/>
            <w:bottom w:val="single" w:sz="4" w:space="0" w:color="CDD7E1"/>
            <w:right w:val="single" w:sz="4" w:space="0" w:color="CDD7E1"/>
            <w:insideH w:val="single" w:sz="4" w:space="0" w:color="CDD7E1"/>
            <w:insideV w:val="single" w:sz="4" w:space="0" w:color="CDD7E1"/>
          </w:tblBorders>
        </w:tblPrEx>
        <w:trPr>
          <w:cantSplit/>
          <w:trHeight w:val="454"/>
          <w:jc w:val="center"/>
        </w:trPr>
        <w:tc>
          <w:tcPr>
            <w:tcW w:w="3312" w:type="dxa"/>
            <w:gridSpan w:val="2"/>
            <w:shd w:val="clear" w:color="auto" w:fill="F5F7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4977AE6" w14:textId="77777777" w:rsidR="00D93B48" w:rsidRDefault="00000000">
            <w:pPr>
              <w:spacing w:after="0"/>
            </w:pPr>
            <w:r>
              <w:rPr>
                <w:b/>
                <w:sz w:val="17"/>
              </w:rPr>
              <w:t>Urgency / required timeframe</w:t>
            </w:r>
          </w:p>
        </w:tc>
        <w:tc>
          <w:tcPr>
            <w:tcW w:w="662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2528799" w14:textId="77777777" w:rsidR="00D93B48" w:rsidRDefault="00000000">
            <w:pPr>
              <w:spacing w:after="0"/>
            </w:pPr>
            <w:sdt>
              <w:sdtPr>
                <w:alias w:val="COM_TIMEFRAME"/>
                <w:tag w:val="COM_TIMEFRAME"/>
                <w:id w:val="1142309759"/>
                <w:text/>
              </w:sdtPr>
              <w:sdtContent>
                <w:r>
                  <w:rPr>
                    <w:color w:val="5B6775"/>
                    <w:sz w:val="17"/>
                  </w:rPr>
                  <w:t>Click or tap to enter</w:t>
                </w:r>
              </w:sdtContent>
            </w:sdt>
          </w:p>
        </w:tc>
      </w:tr>
      <w:tr w:rsidR="00D93B48" w14:paraId="71913954" w14:textId="77777777">
        <w:tblPrEx>
          <w:tblBorders>
            <w:top w:val="single" w:sz="4" w:space="0" w:color="CDD7E1"/>
            <w:left w:val="single" w:sz="4" w:space="0" w:color="CDD7E1"/>
            <w:bottom w:val="single" w:sz="4" w:space="0" w:color="CDD7E1"/>
            <w:right w:val="single" w:sz="4" w:space="0" w:color="CDD7E1"/>
            <w:insideH w:val="single" w:sz="4" w:space="0" w:color="CDD7E1"/>
            <w:insideV w:val="single" w:sz="4" w:space="0" w:color="CDD7E1"/>
          </w:tblBorders>
        </w:tblPrEx>
        <w:trPr>
          <w:cantSplit/>
          <w:trHeight w:val="454"/>
          <w:jc w:val="center"/>
        </w:trPr>
        <w:tc>
          <w:tcPr>
            <w:tcW w:w="3312" w:type="dxa"/>
            <w:gridSpan w:val="2"/>
            <w:shd w:val="clear" w:color="auto" w:fill="F5F7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CA7F2BC" w14:textId="77777777" w:rsidR="00D93B48" w:rsidRDefault="00000000">
            <w:pPr>
              <w:spacing w:after="0"/>
            </w:pPr>
            <w:r>
              <w:rPr>
                <w:b/>
                <w:sz w:val="17"/>
              </w:rPr>
              <w:t>How did you hear about us?</w:t>
            </w:r>
          </w:p>
        </w:tc>
        <w:tc>
          <w:tcPr>
            <w:tcW w:w="662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218195A" w14:textId="77777777" w:rsidR="00D93B48" w:rsidRDefault="00000000">
            <w:pPr>
              <w:spacing w:after="0"/>
            </w:pPr>
            <w:sdt>
              <w:sdtPr>
                <w:alias w:val="COM_SOURCE"/>
                <w:tag w:val="COM_SOURCE"/>
                <w:id w:val="-1124455755"/>
                <w:text/>
              </w:sdtPr>
              <w:sdtContent>
                <w:r>
                  <w:rPr>
                    <w:color w:val="5B6775"/>
                    <w:sz w:val="17"/>
                  </w:rPr>
                  <w:t>Click or tap to enter</w:t>
                </w:r>
              </w:sdtContent>
            </w:sdt>
          </w:p>
        </w:tc>
      </w:tr>
      <w:tr w:rsidR="00D93B48" w14:paraId="19ADCDAB" w14:textId="77777777">
        <w:trPr>
          <w:cantSplit/>
          <w:jc w:val="center"/>
        </w:trPr>
        <w:tc>
          <w:tcPr>
            <w:tcW w:w="792" w:type="dxa"/>
            <w:shd w:val="clear" w:color="auto" w:fill="743A5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B514F17" w14:textId="77777777" w:rsidR="00D93B48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20"/>
              </w:rPr>
              <w:t>2</w:t>
            </w:r>
          </w:p>
        </w:tc>
        <w:tc>
          <w:tcPr>
            <w:tcW w:w="9144" w:type="dxa"/>
            <w:gridSpan w:val="2"/>
            <w:shd w:val="clear" w:color="auto" w:fill="F7ED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95414C7" w14:textId="77777777" w:rsidR="00D93B48" w:rsidRDefault="00000000">
            <w:pPr>
              <w:spacing w:after="0"/>
            </w:pPr>
            <w:r>
              <w:rPr>
                <w:b/>
                <w:color w:val="743A56"/>
                <w:sz w:val="23"/>
              </w:rPr>
              <w:t>Participant details</w:t>
            </w:r>
          </w:p>
        </w:tc>
      </w:tr>
      <w:tr w:rsidR="00D93B48" w14:paraId="51135EFE" w14:textId="77777777">
        <w:tblPrEx>
          <w:tblBorders>
            <w:top w:val="single" w:sz="4" w:space="0" w:color="CDD7E1"/>
            <w:left w:val="single" w:sz="4" w:space="0" w:color="CDD7E1"/>
            <w:bottom w:val="single" w:sz="4" w:space="0" w:color="CDD7E1"/>
            <w:right w:val="single" w:sz="4" w:space="0" w:color="CDD7E1"/>
            <w:insideH w:val="single" w:sz="4" w:space="0" w:color="CDD7E1"/>
            <w:insideV w:val="single" w:sz="4" w:space="0" w:color="CDD7E1"/>
          </w:tblBorders>
        </w:tblPrEx>
        <w:trPr>
          <w:cantSplit/>
          <w:trHeight w:val="454"/>
          <w:jc w:val="center"/>
        </w:trPr>
        <w:tc>
          <w:tcPr>
            <w:tcW w:w="3312" w:type="dxa"/>
            <w:gridSpan w:val="2"/>
            <w:shd w:val="clear" w:color="auto" w:fill="F5F7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BB7D584" w14:textId="77777777" w:rsidR="00D93B48" w:rsidRDefault="00000000">
            <w:pPr>
              <w:spacing w:after="0"/>
            </w:pPr>
            <w:r>
              <w:rPr>
                <w:b/>
                <w:sz w:val="17"/>
              </w:rPr>
              <w:t>Legal name *</w:t>
            </w:r>
          </w:p>
        </w:tc>
        <w:tc>
          <w:tcPr>
            <w:tcW w:w="662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686EBDE" w14:textId="77777777" w:rsidR="00D93B48" w:rsidRDefault="00000000">
            <w:pPr>
              <w:spacing w:after="0"/>
            </w:pPr>
            <w:sdt>
              <w:sdtPr>
                <w:alias w:val="COM_LEGAL_NAME"/>
                <w:tag w:val="COM_LEGAL_NAME"/>
                <w:id w:val="-1466970342"/>
                <w:text/>
              </w:sdtPr>
              <w:sdtContent>
                <w:r>
                  <w:rPr>
                    <w:color w:val="5B6775"/>
                    <w:sz w:val="17"/>
                  </w:rPr>
                  <w:t>Click or tap to enter</w:t>
                </w:r>
              </w:sdtContent>
            </w:sdt>
          </w:p>
        </w:tc>
      </w:tr>
      <w:tr w:rsidR="00D93B48" w14:paraId="314BD4AB" w14:textId="77777777">
        <w:tblPrEx>
          <w:tblBorders>
            <w:top w:val="single" w:sz="4" w:space="0" w:color="CDD7E1"/>
            <w:left w:val="single" w:sz="4" w:space="0" w:color="CDD7E1"/>
            <w:bottom w:val="single" w:sz="4" w:space="0" w:color="CDD7E1"/>
            <w:right w:val="single" w:sz="4" w:space="0" w:color="CDD7E1"/>
            <w:insideH w:val="single" w:sz="4" w:space="0" w:color="CDD7E1"/>
            <w:insideV w:val="single" w:sz="4" w:space="0" w:color="CDD7E1"/>
          </w:tblBorders>
        </w:tblPrEx>
        <w:trPr>
          <w:cantSplit/>
          <w:trHeight w:val="454"/>
          <w:jc w:val="center"/>
        </w:trPr>
        <w:tc>
          <w:tcPr>
            <w:tcW w:w="3312" w:type="dxa"/>
            <w:gridSpan w:val="2"/>
            <w:shd w:val="clear" w:color="auto" w:fill="F5F7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F300AB7" w14:textId="77777777" w:rsidR="00D93B48" w:rsidRDefault="00000000">
            <w:pPr>
              <w:spacing w:after="0"/>
            </w:pPr>
            <w:r>
              <w:rPr>
                <w:b/>
                <w:sz w:val="17"/>
              </w:rPr>
              <w:t>Preferred name</w:t>
            </w:r>
          </w:p>
        </w:tc>
        <w:tc>
          <w:tcPr>
            <w:tcW w:w="662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1180385" w14:textId="77777777" w:rsidR="00D93B48" w:rsidRDefault="00000000">
            <w:pPr>
              <w:spacing w:after="0"/>
            </w:pPr>
            <w:sdt>
              <w:sdtPr>
                <w:alias w:val="COM_PREFERRED_NAME"/>
                <w:tag w:val="COM_PREFERRED_NAME"/>
                <w:id w:val="-1823494570"/>
                <w:text/>
              </w:sdtPr>
              <w:sdtContent>
                <w:r>
                  <w:rPr>
                    <w:color w:val="5B6775"/>
                    <w:sz w:val="17"/>
                  </w:rPr>
                  <w:t>Click or tap to enter</w:t>
                </w:r>
              </w:sdtContent>
            </w:sdt>
          </w:p>
        </w:tc>
      </w:tr>
      <w:tr w:rsidR="00D93B48" w14:paraId="133BFAFF" w14:textId="77777777">
        <w:tblPrEx>
          <w:tblBorders>
            <w:top w:val="single" w:sz="4" w:space="0" w:color="CDD7E1"/>
            <w:left w:val="single" w:sz="4" w:space="0" w:color="CDD7E1"/>
            <w:bottom w:val="single" w:sz="4" w:space="0" w:color="CDD7E1"/>
            <w:right w:val="single" w:sz="4" w:space="0" w:color="CDD7E1"/>
            <w:insideH w:val="single" w:sz="4" w:space="0" w:color="CDD7E1"/>
            <w:insideV w:val="single" w:sz="4" w:space="0" w:color="CDD7E1"/>
          </w:tblBorders>
        </w:tblPrEx>
        <w:trPr>
          <w:cantSplit/>
          <w:trHeight w:val="454"/>
          <w:jc w:val="center"/>
        </w:trPr>
        <w:tc>
          <w:tcPr>
            <w:tcW w:w="3312" w:type="dxa"/>
            <w:gridSpan w:val="2"/>
            <w:shd w:val="clear" w:color="auto" w:fill="F5F7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52A654F" w14:textId="77777777" w:rsidR="00D93B48" w:rsidRDefault="00000000">
            <w:pPr>
              <w:spacing w:after="0"/>
            </w:pPr>
            <w:r>
              <w:rPr>
                <w:b/>
                <w:sz w:val="17"/>
              </w:rPr>
              <w:t>Date of birth *</w:t>
            </w:r>
          </w:p>
        </w:tc>
        <w:tc>
          <w:tcPr>
            <w:tcW w:w="662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67D6297" w14:textId="77777777" w:rsidR="00D93B48" w:rsidRDefault="00000000">
            <w:pPr>
              <w:spacing w:after="0"/>
            </w:pPr>
            <w:sdt>
              <w:sdtPr>
                <w:alias w:val="COM_DOB"/>
                <w:tag w:val="COM_DOB"/>
                <w:id w:val="1908183419"/>
                <w:text/>
              </w:sdtPr>
              <w:sdtContent>
                <w:r>
                  <w:rPr>
                    <w:color w:val="5B6775"/>
                    <w:sz w:val="17"/>
                  </w:rPr>
                  <w:t>Click or tap to enter</w:t>
                </w:r>
              </w:sdtContent>
            </w:sdt>
          </w:p>
        </w:tc>
      </w:tr>
      <w:tr w:rsidR="00D93B48" w14:paraId="21FB3DAE" w14:textId="77777777">
        <w:tblPrEx>
          <w:tblBorders>
            <w:top w:val="single" w:sz="4" w:space="0" w:color="CDD7E1"/>
            <w:left w:val="single" w:sz="4" w:space="0" w:color="CDD7E1"/>
            <w:bottom w:val="single" w:sz="4" w:space="0" w:color="CDD7E1"/>
            <w:right w:val="single" w:sz="4" w:space="0" w:color="CDD7E1"/>
            <w:insideH w:val="single" w:sz="4" w:space="0" w:color="CDD7E1"/>
            <w:insideV w:val="single" w:sz="4" w:space="0" w:color="CDD7E1"/>
          </w:tblBorders>
        </w:tblPrEx>
        <w:trPr>
          <w:cantSplit/>
          <w:trHeight w:val="454"/>
          <w:jc w:val="center"/>
        </w:trPr>
        <w:tc>
          <w:tcPr>
            <w:tcW w:w="3312" w:type="dxa"/>
            <w:gridSpan w:val="2"/>
            <w:shd w:val="clear" w:color="auto" w:fill="F5F7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F18CEB1" w14:textId="77777777" w:rsidR="00D93B48" w:rsidRDefault="00000000">
            <w:pPr>
              <w:spacing w:after="0"/>
            </w:pPr>
            <w:r>
              <w:rPr>
                <w:b/>
                <w:sz w:val="17"/>
              </w:rPr>
              <w:t>Pronouns / gender (optional)</w:t>
            </w:r>
          </w:p>
        </w:tc>
        <w:tc>
          <w:tcPr>
            <w:tcW w:w="662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5BE5622" w14:textId="77777777" w:rsidR="00D93B48" w:rsidRDefault="00000000">
            <w:pPr>
              <w:spacing w:after="0"/>
            </w:pPr>
            <w:sdt>
              <w:sdtPr>
                <w:alias w:val="COM_PRONOUNS"/>
                <w:tag w:val="COM_PRONOUNS"/>
                <w:id w:val="-1938515037"/>
                <w:text/>
              </w:sdtPr>
              <w:sdtContent>
                <w:r>
                  <w:rPr>
                    <w:color w:val="5B6775"/>
                    <w:sz w:val="17"/>
                  </w:rPr>
                  <w:t>Click or tap to enter</w:t>
                </w:r>
              </w:sdtContent>
            </w:sdt>
          </w:p>
        </w:tc>
      </w:tr>
      <w:tr w:rsidR="00D93B48" w14:paraId="020D42F3" w14:textId="77777777">
        <w:tblPrEx>
          <w:tblBorders>
            <w:top w:val="single" w:sz="4" w:space="0" w:color="CDD7E1"/>
            <w:left w:val="single" w:sz="4" w:space="0" w:color="CDD7E1"/>
            <w:bottom w:val="single" w:sz="4" w:space="0" w:color="CDD7E1"/>
            <w:right w:val="single" w:sz="4" w:space="0" w:color="CDD7E1"/>
            <w:insideH w:val="single" w:sz="4" w:space="0" w:color="CDD7E1"/>
            <w:insideV w:val="single" w:sz="4" w:space="0" w:color="CDD7E1"/>
          </w:tblBorders>
        </w:tblPrEx>
        <w:trPr>
          <w:cantSplit/>
          <w:trHeight w:val="454"/>
          <w:jc w:val="center"/>
        </w:trPr>
        <w:tc>
          <w:tcPr>
            <w:tcW w:w="3312" w:type="dxa"/>
            <w:gridSpan w:val="2"/>
            <w:shd w:val="clear" w:color="auto" w:fill="F5F7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E7A0245" w14:textId="77777777" w:rsidR="00D93B48" w:rsidRDefault="00000000">
            <w:pPr>
              <w:spacing w:after="0"/>
            </w:pPr>
            <w:r>
              <w:rPr>
                <w:b/>
                <w:sz w:val="17"/>
              </w:rPr>
              <w:t>Address / service location *</w:t>
            </w:r>
          </w:p>
        </w:tc>
        <w:tc>
          <w:tcPr>
            <w:tcW w:w="662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9B5E489" w14:textId="77777777" w:rsidR="00D93B48" w:rsidRDefault="00000000">
            <w:pPr>
              <w:spacing w:after="0"/>
            </w:pPr>
            <w:sdt>
              <w:sdtPr>
                <w:alias w:val="COM_ADDRESS"/>
                <w:tag w:val="COM_ADDRESS"/>
                <w:id w:val="239997357"/>
                <w:text/>
              </w:sdtPr>
              <w:sdtContent>
                <w:r>
                  <w:rPr>
                    <w:color w:val="5B6775"/>
                    <w:sz w:val="17"/>
                  </w:rPr>
                  <w:t>Click or tap to enter</w:t>
                </w:r>
              </w:sdtContent>
            </w:sdt>
          </w:p>
        </w:tc>
      </w:tr>
      <w:tr w:rsidR="00D93B48" w14:paraId="7CF502BD" w14:textId="77777777">
        <w:tblPrEx>
          <w:tblBorders>
            <w:top w:val="single" w:sz="4" w:space="0" w:color="CDD7E1"/>
            <w:left w:val="single" w:sz="4" w:space="0" w:color="CDD7E1"/>
            <w:bottom w:val="single" w:sz="4" w:space="0" w:color="CDD7E1"/>
            <w:right w:val="single" w:sz="4" w:space="0" w:color="CDD7E1"/>
            <w:insideH w:val="single" w:sz="4" w:space="0" w:color="CDD7E1"/>
            <w:insideV w:val="single" w:sz="4" w:space="0" w:color="CDD7E1"/>
          </w:tblBorders>
        </w:tblPrEx>
        <w:trPr>
          <w:cantSplit/>
          <w:trHeight w:val="454"/>
          <w:jc w:val="center"/>
        </w:trPr>
        <w:tc>
          <w:tcPr>
            <w:tcW w:w="3312" w:type="dxa"/>
            <w:gridSpan w:val="2"/>
            <w:shd w:val="clear" w:color="auto" w:fill="F5F7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1CE1C53" w14:textId="77777777" w:rsidR="00D93B48" w:rsidRDefault="00000000">
            <w:pPr>
              <w:spacing w:after="0"/>
            </w:pPr>
            <w:r>
              <w:rPr>
                <w:b/>
                <w:sz w:val="17"/>
              </w:rPr>
              <w:t>Phone</w:t>
            </w:r>
          </w:p>
        </w:tc>
        <w:tc>
          <w:tcPr>
            <w:tcW w:w="662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B2170E5" w14:textId="77777777" w:rsidR="00D93B48" w:rsidRDefault="00000000">
            <w:pPr>
              <w:spacing w:after="0"/>
            </w:pPr>
            <w:sdt>
              <w:sdtPr>
                <w:alias w:val="COM_PARTICIPANT_PHONE"/>
                <w:tag w:val="COM_PARTICIPANT_PHONE"/>
                <w:id w:val="1993680242"/>
                <w:text/>
              </w:sdtPr>
              <w:sdtContent>
                <w:r>
                  <w:rPr>
                    <w:color w:val="5B6775"/>
                    <w:sz w:val="17"/>
                  </w:rPr>
                  <w:t>Click or tap to enter</w:t>
                </w:r>
              </w:sdtContent>
            </w:sdt>
          </w:p>
        </w:tc>
      </w:tr>
      <w:tr w:rsidR="00D93B48" w14:paraId="3BF317FC" w14:textId="77777777">
        <w:tblPrEx>
          <w:tblBorders>
            <w:top w:val="single" w:sz="4" w:space="0" w:color="CDD7E1"/>
            <w:left w:val="single" w:sz="4" w:space="0" w:color="CDD7E1"/>
            <w:bottom w:val="single" w:sz="4" w:space="0" w:color="CDD7E1"/>
            <w:right w:val="single" w:sz="4" w:space="0" w:color="CDD7E1"/>
            <w:insideH w:val="single" w:sz="4" w:space="0" w:color="CDD7E1"/>
            <w:insideV w:val="single" w:sz="4" w:space="0" w:color="CDD7E1"/>
          </w:tblBorders>
        </w:tblPrEx>
        <w:trPr>
          <w:cantSplit/>
          <w:trHeight w:val="454"/>
          <w:jc w:val="center"/>
        </w:trPr>
        <w:tc>
          <w:tcPr>
            <w:tcW w:w="3312" w:type="dxa"/>
            <w:gridSpan w:val="2"/>
            <w:shd w:val="clear" w:color="auto" w:fill="F5F7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E770F1C" w14:textId="77777777" w:rsidR="00D93B48" w:rsidRDefault="00000000">
            <w:pPr>
              <w:spacing w:after="0"/>
            </w:pPr>
            <w:r>
              <w:rPr>
                <w:b/>
                <w:sz w:val="17"/>
              </w:rPr>
              <w:t>Email</w:t>
            </w:r>
          </w:p>
        </w:tc>
        <w:tc>
          <w:tcPr>
            <w:tcW w:w="662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88B8828" w14:textId="77777777" w:rsidR="00D93B48" w:rsidRDefault="00000000">
            <w:pPr>
              <w:spacing w:after="0"/>
            </w:pPr>
            <w:sdt>
              <w:sdtPr>
                <w:alias w:val="COM_PARTICIPANT_EMAIL"/>
                <w:tag w:val="COM_PARTICIPANT_EMAIL"/>
                <w:id w:val="-514299185"/>
                <w:text/>
              </w:sdtPr>
              <w:sdtContent>
                <w:r>
                  <w:rPr>
                    <w:color w:val="5B6775"/>
                    <w:sz w:val="17"/>
                  </w:rPr>
                  <w:t>Click or tap to enter</w:t>
                </w:r>
              </w:sdtContent>
            </w:sdt>
          </w:p>
        </w:tc>
      </w:tr>
      <w:tr w:rsidR="00D93B48" w14:paraId="1CD7D851" w14:textId="77777777">
        <w:tblPrEx>
          <w:tblBorders>
            <w:top w:val="single" w:sz="4" w:space="0" w:color="CDD7E1"/>
            <w:left w:val="single" w:sz="4" w:space="0" w:color="CDD7E1"/>
            <w:bottom w:val="single" w:sz="4" w:space="0" w:color="CDD7E1"/>
            <w:right w:val="single" w:sz="4" w:space="0" w:color="CDD7E1"/>
            <w:insideH w:val="single" w:sz="4" w:space="0" w:color="CDD7E1"/>
            <w:insideV w:val="single" w:sz="4" w:space="0" w:color="CDD7E1"/>
          </w:tblBorders>
        </w:tblPrEx>
        <w:trPr>
          <w:cantSplit/>
          <w:trHeight w:val="454"/>
          <w:jc w:val="center"/>
        </w:trPr>
        <w:tc>
          <w:tcPr>
            <w:tcW w:w="3312" w:type="dxa"/>
            <w:gridSpan w:val="2"/>
            <w:shd w:val="clear" w:color="auto" w:fill="F5F7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7EBF3E3" w14:textId="77777777" w:rsidR="00D93B48" w:rsidRDefault="00000000">
            <w:pPr>
              <w:spacing w:after="0"/>
            </w:pPr>
            <w:r>
              <w:rPr>
                <w:b/>
                <w:sz w:val="17"/>
              </w:rPr>
              <w:t>Primary language / interpreter</w:t>
            </w:r>
          </w:p>
        </w:tc>
        <w:tc>
          <w:tcPr>
            <w:tcW w:w="662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1F84766" w14:textId="77777777" w:rsidR="00D93B48" w:rsidRDefault="00000000">
            <w:pPr>
              <w:spacing w:after="0"/>
            </w:pPr>
            <w:sdt>
              <w:sdtPr>
                <w:alias w:val="COM_LANGUAGE"/>
                <w:tag w:val="COM_LANGUAGE"/>
                <w:id w:val="-595016849"/>
                <w:text/>
              </w:sdtPr>
              <w:sdtContent>
                <w:r>
                  <w:rPr>
                    <w:color w:val="5B6775"/>
                    <w:sz w:val="17"/>
                  </w:rPr>
                  <w:t>Click or tap to enter</w:t>
                </w:r>
              </w:sdtContent>
            </w:sdt>
          </w:p>
        </w:tc>
      </w:tr>
      <w:tr w:rsidR="00D93B48" w14:paraId="32248EAD" w14:textId="77777777">
        <w:tblPrEx>
          <w:tblBorders>
            <w:top w:val="single" w:sz="4" w:space="0" w:color="CDD7E1"/>
            <w:left w:val="single" w:sz="4" w:space="0" w:color="CDD7E1"/>
            <w:bottom w:val="single" w:sz="4" w:space="0" w:color="CDD7E1"/>
            <w:right w:val="single" w:sz="4" w:space="0" w:color="CDD7E1"/>
            <w:insideH w:val="single" w:sz="4" w:space="0" w:color="CDD7E1"/>
            <w:insideV w:val="single" w:sz="4" w:space="0" w:color="CDD7E1"/>
          </w:tblBorders>
        </w:tblPrEx>
        <w:trPr>
          <w:cantSplit/>
          <w:trHeight w:val="454"/>
          <w:jc w:val="center"/>
        </w:trPr>
        <w:tc>
          <w:tcPr>
            <w:tcW w:w="3312" w:type="dxa"/>
            <w:gridSpan w:val="2"/>
            <w:shd w:val="clear" w:color="auto" w:fill="F5F7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F92611D" w14:textId="77777777" w:rsidR="00D93B48" w:rsidRDefault="00000000">
            <w:pPr>
              <w:spacing w:after="0"/>
            </w:pPr>
            <w:r>
              <w:rPr>
                <w:b/>
                <w:sz w:val="17"/>
              </w:rPr>
              <w:t>Communication preferences</w:t>
            </w:r>
          </w:p>
        </w:tc>
        <w:tc>
          <w:tcPr>
            <w:tcW w:w="662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DA4462A" w14:textId="77777777" w:rsidR="00D93B48" w:rsidRDefault="00000000">
            <w:pPr>
              <w:spacing w:after="0"/>
            </w:pPr>
            <w:sdt>
              <w:sdtPr>
                <w:alias w:val="COM_COMMUNICATION"/>
                <w:tag w:val="COM_COMMUNICATION"/>
                <w:id w:val="-697312309"/>
                <w:text/>
              </w:sdtPr>
              <w:sdtContent>
                <w:r>
                  <w:rPr>
                    <w:color w:val="5B6775"/>
                    <w:sz w:val="17"/>
                  </w:rPr>
                  <w:t>Click or tap to enter</w:t>
                </w:r>
              </w:sdtContent>
            </w:sdt>
          </w:p>
        </w:tc>
      </w:tr>
      <w:tr w:rsidR="00D93B48" w14:paraId="0AD42721" w14:textId="77777777">
        <w:tblPrEx>
          <w:tblBorders>
            <w:top w:val="single" w:sz="4" w:space="0" w:color="CDD7E1"/>
            <w:left w:val="single" w:sz="4" w:space="0" w:color="CDD7E1"/>
            <w:bottom w:val="single" w:sz="4" w:space="0" w:color="CDD7E1"/>
            <w:right w:val="single" w:sz="4" w:space="0" w:color="CDD7E1"/>
            <w:insideH w:val="single" w:sz="4" w:space="0" w:color="CDD7E1"/>
            <w:insideV w:val="single" w:sz="4" w:space="0" w:color="CDD7E1"/>
          </w:tblBorders>
        </w:tblPrEx>
        <w:trPr>
          <w:cantSplit/>
          <w:trHeight w:val="454"/>
          <w:jc w:val="center"/>
        </w:trPr>
        <w:tc>
          <w:tcPr>
            <w:tcW w:w="3312" w:type="dxa"/>
            <w:gridSpan w:val="2"/>
            <w:shd w:val="clear" w:color="auto" w:fill="F5F7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F825F62" w14:textId="77777777" w:rsidR="00D93B48" w:rsidRDefault="00000000">
            <w:pPr>
              <w:spacing w:after="0"/>
            </w:pPr>
            <w:r>
              <w:rPr>
                <w:b/>
                <w:sz w:val="17"/>
              </w:rPr>
              <w:lastRenderedPageBreak/>
              <w:t>Cultural / identity preferences</w:t>
            </w:r>
          </w:p>
        </w:tc>
        <w:tc>
          <w:tcPr>
            <w:tcW w:w="662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79218F5" w14:textId="77777777" w:rsidR="00D93B48" w:rsidRDefault="00000000">
            <w:pPr>
              <w:spacing w:after="0"/>
            </w:pPr>
            <w:sdt>
              <w:sdtPr>
                <w:alias w:val="COM_CULTURAL"/>
                <w:tag w:val="COM_CULTURAL"/>
                <w:id w:val="1666132341"/>
                <w:text/>
              </w:sdtPr>
              <w:sdtContent>
                <w:r>
                  <w:rPr>
                    <w:color w:val="5B6775"/>
                    <w:sz w:val="17"/>
                  </w:rPr>
                  <w:t>Click or tap to enter</w:t>
                </w:r>
              </w:sdtContent>
            </w:sdt>
          </w:p>
        </w:tc>
      </w:tr>
    </w:tbl>
    <w:p w14:paraId="07EDD257" w14:textId="77777777" w:rsidR="00D93B48" w:rsidRDefault="00000000">
      <w:pPr>
        <w:keepNext/>
        <w:spacing w:before="100" w:after="40"/>
      </w:pPr>
      <w:r>
        <w:rPr>
          <w:b/>
          <w:color w:val="743A56"/>
          <w:sz w:val="18"/>
        </w:rPr>
        <w:t>Participant goals and what matters most</w:t>
      </w:r>
    </w:p>
    <w:tbl>
      <w:tblPr>
        <w:tblW w:w="9936" w:type="dxa"/>
        <w:jc w:val="center"/>
        <w:tblBorders>
          <w:top w:val="single" w:sz="4" w:space="0" w:color="CDD7E1"/>
          <w:left w:val="single" w:sz="4" w:space="0" w:color="CDD7E1"/>
          <w:bottom w:val="single" w:sz="4" w:space="0" w:color="CDD7E1"/>
          <w:right w:val="single" w:sz="4" w:space="0" w:color="CDD7E1"/>
        </w:tblBorders>
        <w:tblLayout w:type="fixed"/>
        <w:tblLook w:val="04A0" w:firstRow="1" w:lastRow="0" w:firstColumn="1" w:lastColumn="0" w:noHBand="0" w:noVBand="1"/>
      </w:tblPr>
      <w:tblGrid>
        <w:gridCol w:w="792"/>
        <w:gridCol w:w="9144"/>
      </w:tblGrid>
      <w:tr w:rsidR="00D93B48" w14:paraId="431E6C93" w14:textId="77777777">
        <w:trPr>
          <w:cantSplit/>
          <w:jc w:val="center"/>
        </w:trPr>
        <w:tc>
          <w:tcPr>
            <w:tcW w:w="9936" w:type="dxa"/>
            <w:gridSpan w:val="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9AB13AB" w14:textId="77777777" w:rsidR="00D93B48" w:rsidRDefault="00000000">
            <w:pPr>
              <w:spacing w:after="360"/>
            </w:pPr>
            <w:sdt>
              <w:sdtPr>
                <w:alias w:val="COM_GOALS"/>
                <w:tag w:val="COM_GOALS"/>
                <w:id w:val="-826433640"/>
                <w:text/>
              </w:sdtPr>
              <w:sdtContent>
                <w:r>
                  <w:rPr>
                    <w:color w:val="5B6775"/>
                    <w:sz w:val="17"/>
                  </w:rPr>
                  <w:t>Click or tap to enter</w:t>
                </w:r>
              </w:sdtContent>
            </w:sdt>
          </w:p>
        </w:tc>
      </w:tr>
      <w:tr w:rsidR="00D93B48" w14:paraId="537BDFD5" w14:textId="77777777">
        <w:tblPrEx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cantSplit/>
          <w:jc w:val="center"/>
        </w:trPr>
        <w:tc>
          <w:tcPr>
            <w:tcW w:w="792" w:type="dxa"/>
            <w:shd w:val="clear" w:color="auto" w:fill="743A5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1381AFF" w14:textId="77777777" w:rsidR="00D93B48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20"/>
              </w:rPr>
              <w:t>3</w:t>
            </w:r>
          </w:p>
        </w:tc>
        <w:tc>
          <w:tcPr>
            <w:tcW w:w="9144" w:type="dxa"/>
            <w:shd w:val="clear" w:color="auto" w:fill="F7ED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0706913" w14:textId="77777777" w:rsidR="00D93B48" w:rsidRDefault="00000000">
            <w:pPr>
              <w:spacing w:after="0"/>
            </w:pPr>
            <w:r>
              <w:rPr>
                <w:b/>
                <w:color w:val="743A56"/>
                <w:sz w:val="23"/>
              </w:rPr>
              <w:t>Consent, decision-making and authority</w:t>
            </w:r>
          </w:p>
        </w:tc>
      </w:tr>
    </w:tbl>
    <w:p w14:paraId="5246E331" w14:textId="77777777" w:rsidR="00D93B48" w:rsidRDefault="00000000">
      <w:pPr>
        <w:keepNext/>
        <w:spacing w:before="100" w:after="40"/>
      </w:pPr>
      <w:r>
        <w:rPr>
          <w:b/>
          <w:color w:val="743A56"/>
        </w:rPr>
        <w:t>Who can make or support decisions?</w:t>
      </w:r>
    </w:p>
    <w:tbl>
      <w:tblPr>
        <w:tblW w:w="9936" w:type="dxa"/>
        <w:jc w:val="center"/>
        <w:tblBorders>
          <w:top w:val="single" w:sz="3" w:space="0" w:color="CDD7E1"/>
          <w:left w:val="single" w:sz="3" w:space="0" w:color="CDD7E1"/>
          <w:bottom w:val="single" w:sz="3" w:space="0" w:color="CDD7E1"/>
          <w:right w:val="single" w:sz="3" w:space="0" w:color="CDD7E1"/>
          <w:insideH w:val="single" w:sz="3" w:space="0" w:color="CDD7E1"/>
          <w:insideV w:val="single" w:sz="3" w:space="0" w:color="CDD7E1"/>
        </w:tblBorders>
        <w:tblLayout w:type="fixed"/>
        <w:tblLook w:val="04A0" w:firstRow="1" w:lastRow="0" w:firstColumn="1" w:lastColumn="0" w:noHBand="0" w:noVBand="1"/>
      </w:tblPr>
      <w:tblGrid>
        <w:gridCol w:w="3312"/>
        <w:gridCol w:w="1656"/>
        <w:gridCol w:w="4968"/>
      </w:tblGrid>
      <w:tr w:rsidR="00D93B48" w14:paraId="0773ADB2" w14:textId="77777777">
        <w:trPr>
          <w:cantSplit/>
          <w:jc w:val="center"/>
        </w:trPr>
        <w:tc>
          <w:tcPr>
            <w:tcW w:w="4968" w:type="dxa"/>
            <w:gridSpan w:val="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486AF76" w14:textId="77777777" w:rsidR="00D93B48" w:rsidRDefault="00000000">
            <w:pPr>
              <w:spacing w:after="0"/>
            </w:pPr>
            <w:r>
              <w:rPr>
                <w:sz w:val="17"/>
              </w:rPr>
              <w:t>☐  Participant</w:t>
            </w:r>
          </w:p>
        </w:tc>
        <w:tc>
          <w:tcPr>
            <w:tcW w:w="496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E06017B" w14:textId="77777777" w:rsidR="00D93B48" w:rsidRDefault="00000000">
            <w:pPr>
              <w:spacing w:after="0"/>
            </w:pPr>
            <w:r>
              <w:rPr>
                <w:sz w:val="17"/>
              </w:rPr>
              <w:t>☐  Parent / guardian</w:t>
            </w:r>
          </w:p>
        </w:tc>
      </w:tr>
      <w:tr w:rsidR="00D93B48" w14:paraId="71B04D77" w14:textId="77777777">
        <w:trPr>
          <w:cantSplit/>
          <w:jc w:val="center"/>
        </w:trPr>
        <w:tc>
          <w:tcPr>
            <w:tcW w:w="4968" w:type="dxa"/>
            <w:gridSpan w:val="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BDB2940" w14:textId="77777777" w:rsidR="00D93B48" w:rsidRDefault="00000000">
            <w:pPr>
              <w:spacing w:after="0"/>
            </w:pPr>
            <w:r>
              <w:rPr>
                <w:sz w:val="17"/>
              </w:rPr>
              <w:t>☐  Office of the Public Guardian</w:t>
            </w:r>
          </w:p>
        </w:tc>
        <w:tc>
          <w:tcPr>
            <w:tcW w:w="496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1CA872B" w14:textId="77777777" w:rsidR="00D93B48" w:rsidRDefault="00000000">
            <w:pPr>
              <w:spacing w:after="0"/>
            </w:pPr>
            <w:r>
              <w:rPr>
                <w:sz w:val="17"/>
              </w:rPr>
              <w:t>☐  Nominee</w:t>
            </w:r>
          </w:p>
        </w:tc>
      </w:tr>
      <w:tr w:rsidR="00D93B48" w14:paraId="11AD4351" w14:textId="77777777">
        <w:trPr>
          <w:cantSplit/>
          <w:jc w:val="center"/>
        </w:trPr>
        <w:tc>
          <w:tcPr>
            <w:tcW w:w="4968" w:type="dxa"/>
            <w:gridSpan w:val="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398CE10" w14:textId="77777777" w:rsidR="00D93B48" w:rsidRDefault="00000000">
            <w:pPr>
              <w:spacing w:after="0"/>
            </w:pPr>
            <w:r>
              <w:rPr>
                <w:sz w:val="17"/>
              </w:rPr>
              <w:t>☐  Child Safety</w:t>
            </w:r>
          </w:p>
        </w:tc>
        <w:tc>
          <w:tcPr>
            <w:tcW w:w="496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825EACA" w14:textId="77777777" w:rsidR="00D93B48" w:rsidRDefault="00000000">
            <w:pPr>
              <w:spacing w:after="0"/>
            </w:pPr>
            <w:r>
              <w:rPr>
                <w:sz w:val="17"/>
              </w:rPr>
              <w:t>☐  Other authorised representative</w:t>
            </w:r>
          </w:p>
        </w:tc>
      </w:tr>
      <w:tr w:rsidR="00D93B48" w14:paraId="5B20F5F9" w14:textId="77777777">
        <w:tblPrEx>
          <w:tblBorders>
            <w:top w:val="single" w:sz="4" w:space="0" w:color="CDD7E1"/>
            <w:left w:val="single" w:sz="4" w:space="0" w:color="CDD7E1"/>
            <w:bottom w:val="single" w:sz="4" w:space="0" w:color="CDD7E1"/>
            <w:right w:val="single" w:sz="4" w:space="0" w:color="CDD7E1"/>
            <w:insideH w:val="single" w:sz="4" w:space="0" w:color="CDD7E1"/>
            <w:insideV w:val="single" w:sz="4" w:space="0" w:color="CDD7E1"/>
          </w:tblBorders>
        </w:tblPrEx>
        <w:trPr>
          <w:cantSplit/>
          <w:trHeight w:val="454"/>
          <w:jc w:val="center"/>
        </w:trPr>
        <w:tc>
          <w:tcPr>
            <w:tcW w:w="3312" w:type="dxa"/>
            <w:shd w:val="clear" w:color="auto" w:fill="F5F7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EFC3E89" w14:textId="77777777" w:rsidR="00D93B48" w:rsidRDefault="00000000">
            <w:pPr>
              <w:spacing w:after="0"/>
            </w:pPr>
            <w:r>
              <w:rPr>
                <w:b/>
                <w:sz w:val="17"/>
              </w:rPr>
              <w:t>Representative name</w:t>
            </w:r>
          </w:p>
        </w:tc>
        <w:tc>
          <w:tcPr>
            <w:tcW w:w="6624" w:type="dxa"/>
            <w:gridSpan w:val="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DF7EBE1" w14:textId="77777777" w:rsidR="00D93B48" w:rsidRDefault="00000000">
            <w:pPr>
              <w:spacing w:after="0"/>
            </w:pPr>
            <w:sdt>
              <w:sdtPr>
                <w:alias w:val="COM_REP_NAME"/>
                <w:tag w:val="COM_REP_NAME"/>
                <w:id w:val="-348563591"/>
                <w:text/>
              </w:sdtPr>
              <w:sdtContent>
                <w:r>
                  <w:rPr>
                    <w:color w:val="5B6775"/>
                    <w:sz w:val="17"/>
                  </w:rPr>
                  <w:t>Click or tap to enter</w:t>
                </w:r>
              </w:sdtContent>
            </w:sdt>
          </w:p>
        </w:tc>
      </w:tr>
      <w:tr w:rsidR="00D93B48" w14:paraId="6F7E86FA" w14:textId="77777777">
        <w:tblPrEx>
          <w:tblBorders>
            <w:top w:val="single" w:sz="4" w:space="0" w:color="CDD7E1"/>
            <w:left w:val="single" w:sz="4" w:space="0" w:color="CDD7E1"/>
            <w:bottom w:val="single" w:sz="4" w:space="0" w:color="CDD7E1"/>
            <w:right w:val="single" w:sz="4" w:space="0" w:color="CDD7E1"/>
            <w:insideH w:val="single" w:sz="4" w:space="0" w:color="CDD7E1"/>
            <w:insideV w:val="single" w:sz="4" w:space="0" w:color="CDD7E1"/>
          </w:tblBorders>
        </w:tblPrEx>
        <w:trPr>
          <w:cantSplit/>
          <w:trHeight w:val="454"/>
          <w:jc w:val="center"/>
        </w:trPr>
        <w:tc>
          <w:tcPr>
            <w:tcW w:w="3312" w:type="dxa"/>
            <w:shd w:val="clear" w:color="auto" w:fill="F5F7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A892634" w14:textId="77777777" w:rsidR="00D93B48" w:rsidRDefault="00000000">
            <w:pPr>
              <w:spacing w:after="0"/>
            </w:pPr>
            <w:r>
              <w:rPr>
                <w:b/>
                <w:sz w:val="17"/>
              </w:rPr>
              <w:t>Relationship / authority type</w:t>
            </w:r>
          </w:p>
        </w:tc>
        <w:tc>
          <w:tcPr>
            <w:tcW w:w="6624" w:type="dxa"/>
            <w:gridSpan w:val="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A8B5D14" w14:textId="77777777" w:rsidR="00D93B48" w:rsidRDefault="00000000">
            <w:pPr>
              <w:spacing w:after="0"/>
            </w:pPr>
            <w:sdt>
              <w:sdtPr>
                <w:alias w:val="COM_REP_AUTHORITY"/>
                <w:tag w:val="COM_REP_AUTHORITY"/>
                <w:id w:val="339434769"/>
                <w:text/>
              </w:sdtPr>
              <w:sdtContent>
                <w:r>
                  <w:rPr>
                    <w:color w:val="5B6775"/>
                    <w:sz w:val="17"/>
                  </w:rPr>
                  <w:t>Click or tap to enter</w:t>
                </w:r>
              </w:sdtContent>
            </w:sdt>
          </w:p>
        </w:tc>
      </w:tr>
      <w:tr w:rsidR="00D93B48" w14:paraId="28A314BA" w14:textId="77777777">
        <w:tblPrEx>
          <w:tblBorders>
            <w:top w:val="single" w:sz="4" w:space="0" w:color="CDD7E1"/>
            <w:left w:val="single" w:sz="4" w:space="0" w:color="CDD7E1"/>
            <w:bottom w:val="single" w:sz="4" w:space="0" w:color="CDD7E1"/>
            <w:right w:val="single" w:sz="4" w:space="0" w:color="CDD7E1"/>
            <w:insideH w:val="single" w:sz="4" w:space="0" w:color="CDD7E1"/>
            <w:insideV w:val="single" w:sz="4" w:space="0" w:color="CDD7E1"/>
          </w:tblBorders>
        </w:tblPrEx>
        <w:trPr>
          <w:cantSplit/>
          <w:trHeight w:val="454"/>
          <w:jc w:val="center"/>
        </w:trPr>
        <w:tc>
          <w:tcPr>
            <w:tcW w:w="3312" w:type="dxa"/>
            <w:shd w:val="clear" w:color="auto" w:fill="F5F7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40D264B" w14:textId="77777777" w:rsidR="00D93B48" w:rsidRDefault="00000000">
            <w:pPr>
              <w:spacing w:after="0"/>
            </w:pPr>
            <w:r>
              <w:rPr>
                <w:b/>
                <w:sz w:val="17"/>
              </w:rPr>
              <w:t>Phone</w:t>
            </w:r>
          </w:p>
        </w:tc>
        <w:tc>
          <w:tcPr>
            <w:tcW w:w="6624" w:type="dxa"/>
            <w:gridSpan w:val="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78306A7" w14:textId="77777777" w:rsidR="00D93B48" w:rsidRDefault="00000000">
            <w:pPr>
              <w:spacing w:after="0"/>
            </w:pPr>
            <w:sdt>
              <w:sdtPr>
                <w:alias w:val="COM_REP_PHONE"/>
                <w:tag w:val="COM_REP_PHONE"/>
                <w:id w:val="-1601328059"/>
                <w:text/>
              </w:sdtPr>
              <w:sdtContent>
                <w:r>
                  <w:rPr>
                    <w:color w:val="5B6775"/>
                    <w:sz w:val="17"/>
                  </w:rPr>
                  <w:t>Click or tap to enter</w:t>
                </w:r>
              </w:sdtContent>
            </w:sdt>
          </w:p>
        </w:tc>
      </w:tr>
      <w:tr w:rsidR="00D93B48" w14:paraId="239614F9" w14:textId="77777777">
        <w:tblPrEx>
          <w:tblBorders>
            <w:top w:val="single" w:sz="4" w:space="0" w:color="CDD7E1"/>
            <w:left w:val="single" w:sz="4" w:space="0" w:color="CDD7E1"/>
            <w:bottom w:val="single" w:sz="4" w:space="0" w:color="CDD7E1"/>
            <w:right w:val="single" w:sz="4" w:space="0" w:color="CDD7E1"/>
            <w:insideH w:val="single" w:sz="4" w:space="0" w:color="CDD7E1"/>
            <w:insideV w:val="single" w:sz="4" w:space="0" w:color="CDD7E1"/>
          </w:tblBorders>
        </w:tblPrEx>
        <w:trPr>
          <w:cantSplit/>
          <w:trHeight w:val="454"/>
          <w:jc w:val="center"/>
        </w:trPr>
        <w:tc>
          <w:tcPr>
            <w:tcW w:w="3312" w:type="dxa"/>
            <w:shd w:val="clear" w:color="auto" w:fill="F5F7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35EF82B" w14:textId="77777777" w:rsidR="00D93B48" w:rsidRDefault="00000000">
            <w:pPr>
              <w:spacing w:after="0"/>
            </w:pPr>
            <w:r>
              <w:rPr>
                <w:b/>
                <w:sz w:val="17"/>
              </w:rPr>
              <w:t>Email</w:t>
            </w:r>
          </w:p>
        </w:tc>
        <w:tc>
          <w:tcPr>
            <w:tcW w:w="6624" w:type="dxa"/>
            <w:gridSpan w:val="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D633FDF" w14:textId="77777777" w:rsidR="00D93B48" w:rsidRDefault="00000000">
            <w:pPr>
              <w:spacing w:after="0"/>
            </w:pPr>
            <w:sdt>
              <w:sdtPr>
                <w:alias w:val="COM_REP_EMAIL"/>
                <w:tag w:val="COM_REP_EMAIL"/>
                <w:id w:val="1166208333"/>
                <w:text/>
              </w:sdtPr>
              <w:sdtContent>
                <w:r>
                  <w:rPr>
                    <w:color w:val="5B6775"/>
                    <w:sz w:val="17"/>
                  </w:rPr>
                  <w:t>Click or tap to enter</w:t>
                </w:r>
              </w:sdtContent>
            </w:sdt>
          </w:p>
        </w:tc>
      </w:tr>
      <w:tr w:rsidR="00D93B48" w14:paraId="28CD5FC3" w14:textId="77777777">
        <w:tblPrEx>
          <w:tblBorders>
            <w:top w:val="single" w:sz="4" w:space="0" w:color="CDD7E1"/>
            <w:left w:val="single" w:sz="4" w:space="0" w:color="CDD7E1"/>
            <w:bottom w:val="single" w:sz="4" w:space="0" w:color="CDD7E1"/>
            <w:right w:val="single" w:sz="4" w:space="0" w:color="CDD7E1"/>
            <w:insideH w:val="single" w:sz="4" w:space="0" w:color="CDD7E1"/>
            <w:insideV w:val="single" w:sz="4" w:space="0" w:color="CDD7E1"/>
          </w:tblBorders>
        </w:tblPrEx>
        <w:trPr>
          <w:cantSplit/>
          <w:trHeight w:val="454"/>
          <w:jc w:val="center"/>
        </w:trPr>
        <w:tc>
          <w:tcPr>
            <w:tcW w:w="3312" w:type="dxa"/>
            <w:shd w:val="clear" w:color="auto" w:fill="F5F7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FAF4875" w14:textId="77777777" w:rsidR="00D93B48" w:rsidRDefault="00000000">
            <w:pPr>
              <w:spacing w:after="0"/>
            </w:pPr>
            <w:r>
              <w:rPr>
                <w:b/>
                <w:sz w:val="17"/>
              </w:rPr>
              <w:t>Order / appointment date</w:t>
            </w:r>
          </w:p>
        </w:tc>
        <w:tc>
          <w:tcPr>
            <w:tcW w:w="6624" w:type="dxa"/>
            <w:gridSpan w:val="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27B8C98" w14:textId="77777777" w:rsidR="00D93B48" w:rsidRDefault="00000000">
            <w:pPr>
              <w:spacing w:after="0"/>
            </w:pPr>
            <w:sdt>
              <w:sdtPr>
                <w:alias w:val="COM_ORDER_DATE"/>
                <w:tag w:val="COM_ORDER_DATE"/>
                <w:id w:val="532774156"/>
                <w:text/>
              </w:sdtPr>
              <w:sdtContent>
                <w:r>
                  <w:rPr>
                    <w:color w:val="5B6775"/>
                    <w:sz w:val="17"/>
                  </w:rPr>
                  <w:t>Click or tap to enter</w:t>
                </w:r>
              </w:sdtContent>
            </w:sdt>
          </w:p>
        </w:tc>
      </w:tr>
      <w:tr w:rsidR="00D93B48" w14:paraId="69B2E59C" w14:textId="77777777">
        <w:tblPrEx>
          <w:tblBorders>
            <w:top w:val="single" w:sz="4" w:space="0" w:color="CDD7E1"/>
            <w:left w:val="single" w:sz="4" w:space="0" w:color="CDD7E1"/>
            <w:bottom w:val="single" w:sz="4" w:space="0" w:color="CDD7E1"/>
            <w:right w:val="single" w:sz="4" w:space="0" w:color="CDD7E1"/>
            <w:insideH w:val="single" w:sz="4" w:space="0" w:color="CDD7E1"/>
            <w:insideV w:val="single" w:sz="4" w:space="0" w:color="CDD7E1"/>
          </w:tblBorders>
        </w:tblPrEx>
        <w:trPr>
          <w:cantSplit/>
          <w:trHeight w:val="454"/>
          <w:jc w:val="center"/>
        </w:trPr>
        <w:tc>
          <w:tcPr>
            <w:tcW w:w="3312" w:type="dxa"/>
            <w:shd w:val="clear" w:color="auto" w:fill="F5F7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9DF8CAF" w14:textId="77777777" w:rsidR="00D93B48" w:rsidRDefault="00000000">
            <w:pPr>
              <w:spacing w:after="0"/>
            </w:pPr>
            <w:r>
              <w:rPr>
                <w:b/>
                <w:sz w:val="17"/>
              </w:rPr>
              <w:t>Expiry / review date</w:t>
            </w:r>
          </w:p>
        </w:tc>
        <w:tc>
          <w:tcPr>
            <w:tcW w:w="6624" w:type="dxa"/>
            <w:gridSpan w:val="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0251567" w14:textId="77777777" w:rsidR="00D93B48" w:rsidRDefault="00000000">
            <w:pPr>
              <w:spacing w:after="0"/>
            </w:pPr>
            <w:sdt>
              <w:sdtPr>
                <w:alias w:val="COM_ORDER_EXPIRY"/>
                <w:tag w:val="COM_ORDER_EXPIRY"/>
                <w:id w:val="2121335087"/>
                <w:text/>
              </w:sdtPr>
              <w:sdtContent>
                <w:r>
                  <w:rPr>
                    <w:color w:val="5B6775"/>
                    <w:sz w:val="17"/>
                  </w:rPr>
                  <w:t>Click or tap to enter</w:t>
                </w:r>
              </w:sdtContent>
            </w:sdt>
          </w:p>
        </w:tc>
      </w:tr>
      <w:tr w:rsidR="00D93B48" w14:paraId="0D99F252" w14:textId="77777777">
        <w:tblPrEx>
          <w:tblBorders>
            <w:top w:val="single" w:sz="4" w:space="0" w:color="CDD7E1"/>
            <w:left w:val="single" w:sz="4" w:space="0" w:color="CDD7E1"/>
            <w:bottom w:val="single" w:sz="4" w:space="0" w:color="CDD7E1"/>
            <w:right w:val="single" w:sz="4" w:space="0" w:color="CDD7E1"/>
            <w:insideH w:val="single" w:sz="4" w:space="0" w:color="CDD7E1"/>
            <w:insideV w:val="single" w:sz="4" w:space="0" w:color="CDD7E1"/>
          </w:tblBorders>
        </w:tblPrEx>
        <w:trPr>
          <w:cantSplit/>
          <w:trHeight w:val="454"/>
          <w:jc w:val="center"/>
        </w:trPr>
        <w:tc>
          <w:tcPr>
            <w:tcW w:w="3312" w:type="dxa"/>
            <w:shd w:val="clear" w:color="auto" w:fill="F5F7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F1F7FAB" w14:textId="77777777" w:rsidR="00D93B48" w:rsidRDefault="00000000">
            <w:pPr>
              <w:spacing w:after="0"/>
            </w:pPr>
            <w:r>
              <w:rPr>
                <w:b/>
                <w:sz w:val="17"/>
              </w:rPr>
              <w:t>Scope of authority</w:t>
            </w:r>
          </w:p>
        </w:tc>
        <w:tc>
          <w:tcPr>
            <w:tcW w:w="6624" w:type="dxa"/>
            <w:gridSpan w:val="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6718F79" w14:textId="77777777" w:rsidR="00D93B48" w:rsidRDefault="00000000">
            <w:pPr>
              <w:spacing w:after="0"/>
            </w:pPr>
            <w:sdt>
              <w:sdtPr>
                <w:alias w:val="COM_AUTHORITY_SCOPE"/>
                <w:tag w:val="COM_AUTHORITY_SCOPE"/>
                <w:id w:val="-1400981247"/>
                <w:text/>
              </w:sdtPr>
              <w:sdtContent>
                <w:r>
                  <w:rPr>
                    <w:color w:val="5B6775"/>
                    <w:sz w:val="17"/>
                  </w:rPr>
                  <w:t>Click or tap to enter</w:t>
                </w:r>
              </w:sdtContent>
            </w:sdt>
          </w:p>
        </w:tc>
      </w:tr>
      <w:tr w:rsidR="00D93B48" w14:paraId="59E4FF1D" w14:textId="77777777">
        <w:tblPrEx>
          <w:tblBorders>
            <w:top w:val="single" w:sz="4" w:space="0" w:color="CDD7E1"/>
            <w:left w:val="single" w:sz="4" w:space="0" w:color="CDD7E1"/>
            <w:bottom w:val="single" w:sz="4" w:space="0" w:color="CDD7E1"/>
            <w:right w:val="single" w:sz="4" w:space="0" w:color="CDD7E1"/>
            <w:insideH w:val="single" w:sz="4" w:space="0" w:color="CDD7E1"/>
            <w:insideV w:val="single" w:sz="4" w:space="0" w:color="CDD7E1"/>
          </w:tblBorders>
        </w:tblPrEx>
        <w:trPr>
          <w:cantSplit/>
          <w:trHeight w:val="454"/>
          <w:jc w:val="center"/>
        </w:trPr>
        <w:tc>
          <w:tcPr>
            <w:tcW w:w="3312" w:type="dxa"/>
            <w:shd w:val="clear" w:color="auto" w:fill="F5F7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5F1F3B3" w14:textId="77777777" w:rsidR="00D93B48" w:rsidRDefault="00000000">
            <w:pPr>
              <w:spacing w:after="0"/>
            </w:pPr>
            <w:r>
              <w:rPr>
                <w:b/>
                <w:sz w:val="17"/>
              </w:rPr>
              <w:t>Document attached?</w:t>
            </w:r>
          </w:p>
        </w:tc>
        <w:tc>
          <w:tcPr>
            <w:tcW w:w="6624" w:type="dxa"/>
            <w:gridSpan w:val="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E1F17E9" w14:textId="77777777" w:rsidR="00D93B48" w:rsidRDefault="00000000">
            <w:pPr>
              <w:spacing w:after="0"/>
            </w:pPr>
            <w:sdt>
              <w:sdtPr>
                <w:alias w:val="COM_AUTHORITY_ATTACHED"/>
                <w:tag w:val="COM_AUTHORITY_ATTACHED"/>
                <w:id w:val="-1190131593"/>
                <w:text/>
              </w:sdtPr>
              <w:sdtContent>
                <w:r>
                  <w:rPr>
                    <w:color w:val="5B6775"/>
                    <w:sz w:val="17"/>
                  </w:rPr>
                  <w:t>Click or tap to enter</w:t>
                </w:r>
              </w:sdtContent>
            </w:sdt>
          </w:p>
        </w:tc>
      </w:tr>
    </w:tbl>
    <w:p w14:paraId="411BE196" w14:textId="77777777" w:rsidR="00D93B48" w:rsidRDefault="00000000">
      <w:pPr>
        <w:keepNext/>
        <w:spacing w:before="100" w:after="40"/>
      </w:pPr>
      <w:r>
        <w:rPr>
          <w:b/>
          <w:color w:val="743A56"/>
          <w:sz w:val="18"/>
        </w:rPr>
        <w:t>How has the participant been involved, and what are their current wishes/preferences? *</w:t>
      </w:r>
    </w:p>
    <w:tbl>
      <w:tblPr>
        <w:tblW w:w="9936" w:type="dxa"/>
        <w:jc w:val="center"/>
        <w:tblBorders>
          <w:top w:val="single" w:sz="4" w:space="0" w:color="CDD7E1"/>
          <w:left w:val="single" w:sz="4" w:space="0" w:color="CDD7E1"/>
          <w:bottom w:val="single" w:sz="4" w:space="0" w:color="CDD7E1"/>
          <w:right w:val="single" w:sz="4" w:space="0" w:color="CDD7E1"/>
        </w:tblBorders>
        <w:tblLayout w:type="fixed"/>
        <w:tblLook w:val="04A0" w:firstRow="1" w:lastRow="0" w:firstColumn="1" w:lastColumn="0" w:noHBand="0" w:noVBand="1"/>
      </w:tblPr>
      <w:tblGrid>
        <w:gridCol w:w="9936"/>
      </w:tblGrid>
      <w:tr w:rsidR="00D93B48" w14:paraId="4AAC616D" w14:textId="77777777">
        <w:trPr>
          <w:cantSplit/>
          <w:jc w:val="center"/>
        </w:trPr>
        <w:tc>
          <w:tcPr>
            <w:tcW w:w="993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5AA2077" w14:textId="77777777" w:rsidR="00D93B48" w:rsidRDefault="00000000">
            <w:pPr>
              <w:spacing w:after="540"/>
            </w:pPr>
            <w:sdt>
              <w:sdtPr>
                <w:alias w:val="COM_PARTICIPANT_WISHES"/>
                <w:tag w:val="COM_PARTICIPANT_WISHES"/>
                <w:id w:val="309989352"/>
                <w:text/>
              </w:sdtPr>
              <w:sdtContent>
                <w:r>
                  <w:rPr>
                    <w:color w:val="5B6775"/>
                    <w:sz w:val="17"/>
                  </w:rPr>
                  <w:t>Click or tap to enter</w:t>
                </w:r>
              </w:sdtContent>
            </w:sdt>
          </w:p>
        </w:tc>
      </w:tr>
    </w:tbl>
    <w:p w14:paraId="52227786" w14:textId="77777777" w:rsidR="00D93B48" w:rsidRDefault="00000000">
      <w:pPr>
        <w:keepNext/>
        <w:spacing w:before="100" w:after="40"/>
      </w:pPr>
      <w:r>
        <w:rPr>
          <w:b/>
          <w:color w:val="743A56"/>
        </w:rPr>
        <w:t>Consent status</w:t>
      </w:r>
    </w:p>
    <w:tbl>
      <w:tblPr>
        <w:tblW w:w="9936" w:type="dxa"/>
        <w:jc w:val="center"/>
        <w:tblBorders>
          <w:top w:val="single" w:sz="3" w:space="0" w:color="CDD7E1"/>
          <w:left w:val="single" w:sz="3" w:space="0" w:color="CDD7E1"/>
          <w:bottom w:val="single" w:sz="3" w:space="0" w:color="CDD7E1"/>
          <w:right w:val="single" w:sz="3" w:space="0" w:color="CDD7E1"/>
          <w:insideH w:val="single" w:sz="3" w:space="0" w:color="CDD7E1"/>
          <w:insideV w:val="single" w:sz="3" w:space="0" w:color="CDD7E1"/>
        </w:tblBorders>
        <w:tblLayout w:type="fixed"/>
        <w:tblLook w:val="04A0" w:firstRow="1" w:lastRow="0" w:firstColumn="1" w:lastColumn="0" w:noHBand="0" w:noVBand="1"/>
      </w:tblPr>
      <w:tblGrid>
        <w:gridCol w:w="4968"/>
        <w:gridCol w:w="4968"/>
      </w:tblGrid>
      <w:tr w:rsidR="00D93B48" w14:paraId="5DFF37CC" w14:textId="77777777">
        <w:trPr>
          <w:cantSplit/>
          <w:jc w:val="center"/>
        </w:trPr>
        <w:tc>
          <w:tcPr>
            <w:tcW w:w="496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F504339" w14:textId="77777777" w:rsidR="00D93B48" w:rsidRDefault="00000000">
            <w:pPr>
              <w:spacing w:after="0"/>
            </w:pPr>
            <w:r>
              <w:rPr>
                <w:sz w:val="17"/>
              </w:rPr>
              <w:t>☐  Participant consent obtained</w:t>
            </w:r>
          </w:p>
        </w:tc>
        <w:tc>
          <w:tcPr>
            <w:tcW w:w="496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52F98A2" w14:textId="77777777" w:rsidR="00D93B48" w:rsidRDefault="00000000">
            <w:pPr>
              <w:spacing w:after="0"/>
            </w:pPr>
            <w:r>
              <w:rPr>
                <w:sz w:val="17"/>
              </w:rPr>
              <w:t>☐  Representative consent obtained</w:t>
            </w:r>
          </w:p>
        </w:tc>
      </w:tr>
      <w:tr w:rsidR="00D93B48" w14:paraId="6779B60A" w14:textId="77777777">
        <w:trPr>
          <w:cantSplit/>
          <w:jc w:val="center"/>
        </w:trPr>
        <w:tc>
          <w:tcPr>
            <w:tcW w:w="496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30C68C0" w14:textId="77777777" w:rsidR="00D93B48" w:rsidRDefault="00000000">
            <w:pPr>
              <w:spacing w:after="0"/>
            </w:pPr>
            <w:r>
              <w:rPr>
                <w:sz w:val="17"/>
              </w:rPr>
              <w:t>☐  Consent pending</w:t>
            </w:r>
          </w:p>
        </w:tc>
        <w:tc>
          <w:tcPr>
            <w:tcW w:w="496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E1B46D9" w14:textId="77777777" w:rsidR="00D93B48" w:rsidRDefault="00000000">
            <w:pPr>
              <w:spacing w:after="0"/>
            </w:pPr>
            <w:r>
              <w:rPr>
                <w:sz w:val="17"/>
              </w:rPr>
              <w:t>☐  Consent document attached</w:t>
            </w:r>
          </w:p>
        </w:tc>
      </w:tr>
      <w:tr w:rsidR="00D93B48" w14:paraId="6131FDB9" w14:textId="77777777">
        <w:trPr>
          <w:cantSplit/>
          <w:jc w:val="center"/>
        </w:trPr>
        <w:tc>
          <w:tcPr>
            <w:tcW w:w="496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3499B36" w14:textId="77777777" w:rsidR="00D93B48" w:rsidRDefault="00000000">
            <w:pPr>
              <w:spacing w:after="0"/>
            </w:pPr>
            <w:r>
              <w:rPr>
                <w:sz w:val="17"/>
              </w:rPr>
              <w:t>☐  Consent must be confirmed directly</w:t>
            </w:r>
          </w:p>
        </w:tc>
        <w:tc>
          <w:tcPr>
            <w:tcW w:w="496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9D450F0" w14:textId="77777777" w:rsidR="00D93B48" w:rsidRDefault="00000000">
            <w:pPr>
              <w:spacing w:after="0"/>
            </w:pPr>
            <w:r>
              <w:rPr>
                <w:sz w:val="17"/>
              </w:rPr>
              <w:t>☐  Information sharing limited—see notes</w:t>
            </w:r>
          </w:p>
        </w:tc>
      </w:tr>
    </w:tbl>
    <w:p w14:paraId="55DF89D5" w14:textId="77777777" w:rsidR="00D93B48" w:rsidRDefault="00000000">
      <w:pPr>
        <w:keepNext/>
        <w:spacing w:before="100" w:after="40"/>
      </w:pPr>
      <w:r>
        <w:rPr>
          <w:b/>
          <w:color w:val="743A56"/>
          <w:sz w:val="18"/>
        </w:rPr>
        <w:t>Consent limitations or information-sharing instructions</w:t>
      </w:r>
    </w:p>
    <w:tbl>
      <w:tblPr>
        <w:tblW w:w="9936" w:type="dxa"/>
        <w:jc w:val="center"/>
        <w:tblBorders>
          <w:top w:val="single" w:sz="4" w:space="0" w:color="CDD7E1"/>
          <w:left w:val="single" w:sz="4" w:space="0" w:color="CDD7E1"/>
          <w:bottom w:val="single" w:sz="4" w:space="0" w:color="CDD7E1"/>
          <w:right w:val="single" w:sz="4" w:space="0" w:color="CDD7E1"/>
        </w:tblBorders>
        <w:tblLayout w:type="fixed"/>
        <w:tblLook w:val="04A0" w:firstRow="1" w:lastRow="0" w:firstColumn="1" w:lastColumn="0" w:noHBand="0" w:noVBand="1"/>
      </w:tblPr>
      <w:tblGrid>
        <w:gridCol w:w="792"/>
        <w:gridCol w:w="9144"/>
      </w:tblGrid>
      <w:tr w:rsidR="00D93B48" w14:paraId="4C71EA2D" w14:textId="77777777">
        <w:trPr>
          <w:cantSplit/>
          <w:jc w:val="center"/>
        </w:trPr>
        <w:tc>
          <w:tcPr>
            <w:tcW w:w="9936" w:type="dxa"/>
            <w:gridSpan w:val="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BB7923B" w14:textId="77777777" w:rsidR="00D93B48" w:rsidRDefault="00000000">
            <w:pPr>
              <w:spacing w:after="360"/>
            </w:pPr>
            <w:sdt>
              <w:sdtPr>
                <w:alias w:val="COM_CONSENT_LIMITS"/>
                <w:tag w:val="COM_CONSENT_LIMITS"/>
                <w:id w:val="-2119825211"/>
                <w:text/>
              </w:sdtPr>
              <w:sdtContent>
                <w:r>
                  <w:rPr>
                    <w:color w:val="5B6775"/>
                    <w:sz w:val="17"/>
                  </w:rPr>
                  <w:t>Click or tap to enter</w:t>
                </w:r>
              </w:sdtContent>
            </w:sdt>
          </w:p>
        </w:tc>
      </w:tr>
      <w:tr w:rsidR="00D93B48" w14:paraId="50491CCA" w14:textId="77777777">
        <w:tblPrEx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cantSplit/>
          <w:jc w:val="center"/>
        </w:trPr>
        <w:tc>
          <w:tcPr>
            <w:tcW w:w="792" w:type="dxa"/>
            <w:shd w:val="clear" w:color="auto" w:fill="743A5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931AD38" w14:textId="77777777" w:rsidR="00D93B48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20"/>
              </w:rPr>
              <w:t>4</w:t>
            </w:r>
          </w:p>
        </w:tc>
        <w:tc>
          <w:tcPr>
            <w:tcW w:w="9144" w:type="dxa"/>
            <w:shd w:val="clear" w:color="auto" w:fill="F7ED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1CF1444" w14:textId="77777777" w:rsidR="00D93B48" w:rsidRDefault="00000000">
            <w:pPr>
              <w:spacing w:after="0"/>
            </w:pPr>
            <w:r>
              <w:rPr>
                <w:b/>
                <w:color w:val="743A56"/>
                <w:sz w:val="23"/>
              </w:rPr>
              <w:t>Funding and plan information</w:t>
            </w:r>
          </w:p>
        </w:tc>
      </w:tr>
    </w:tbl>
    <w:p w14:paraId="1FE2520B" w14:textId="77777777" w:rsidR="00D93B48" w:rsidRDefault="00000000">
      <w:pPr>
        <w:keepNext/>
        <w:spacing w:before="100" w:after="40"/>
      </w:pPr>
      <w:r>
        <w:rPr>
          <w:b/>
          <w:color w:val="743A56"/>
        </w:rPr>
        <w:t>Funding pathway</w:t>
      </w:r>
    </w:p>
    <w:tbl>
      <w:tblPr>
        <w:tblW w:w="9936" w:type="dxa"/>
        <w:jc w:val="center"/>
        <w:tblBorders>
          <w:top w:val="single" w:sz="3" w:space="0" w:color="CDD7E1"/>
          <w:left w:val="single" w:sz="3" w:space="0" w:color="CDD7E1"/>
          <w:bottom w:val="single" w:sz="3" w:space="0" w:color="CDD7E1"/>
          <w:right w:val="single" w:sz="3" w:space="0" w:color="CDD7E1"/>
          <w:insideH w:val="single" w:sz="3" w:space="0" w:color="CDD7E1"/>
          <w:insideV w:val="single" w:sz="3" w:space="0" w:color="CDD7E1"/>
        </w:tblBorders>
        <w:tblLayout w:type="fixed"/>
        <w:tblLook w:val="04A0" w:firstRow="1" w:lastRow="0" w:firstColumn="1" w:lastColumn="0" w:noHBand="0" w:noVBand="1"/>
      </w:tblPr>
      <w:tblGrid>
        <w:gridCol w:w="792"/>
        <w:gridCol w:w="2520"/>
        <w:gridCol w:w="1656"/>
        <w:gridCol w:w="4968"/>
      </w:tblGrid>
      <w:tr w:rsidR="00D93B48" w14:paraId="1878BE2B" w14:textId="77777777">
        <w:trPr>
          <w:cantSplit/>
          <w:jc w:val="center"/>
        </w:trPr>
        <w:tc>
          <w:tcPr>
            <w:tcW w:w="4968" w:type="dxa"/>
            <w:gridSpan w:val="3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8722F9C" w14:textId="77777777" w:rsidR="00D93B48" w:rsidRDefault="00000000">
            <w:pPr>
              <w:spacing w:after="0"/>
            </w:pPr>
            <w:r>
              <w:rPr>
                <w:sz w:val="17"/>
              </w:rPr>
              <w:t>☐  NDIA-managed</w:t>
            </w:r>
          </w:p>
        </w:tc>
        <w:tc>
          <w:tcPr>
            <w:tcW w:w="496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F9955AD" w14:textId="77777777" w:rsidR="00D93B48" w:rsidRDefault="00000000">
            <w:pPr>
              <w:spacing w:after="0"/>
            </w:pPr>
            <w:r>
              <w:rPr>
                <w:sz w:val="17"/>
              </w:rPr>
              <w:t>☐  Plan-managed</w:t>
            </w:r>
          </w:p>
        </w:tc>
      </w:tr>
      <w:tr w:rsidR="00D93B48" w14:paraId="6707FEF1" w14:textId="77777777">
        <w:trPr>
          <w:cantSplit/>
          <w:jc w:val="center"/>
        </w:trPr>
        <w:tc>
          <w:tcPr>
            <w:tcW w:w="4968" w:type="dxa"/>
            <w:gridSpan w:val="3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B2435CF" w14:textId="77777777" w:rsidR="00D93B48" w:rsidRDefault="00000000">
            <w:pPr>
              <w:spacing w:after="0"/>
            </w:pPr>
            <w:r>
              <w:rPr>
                <w:sz w:val="17"/>
              </w:rPr>
              <w:lastRenderedPageBreak/>
              <w:t>☐  Self-managed</w:t>
            </w:r>
          </w:p>
        </w:tc>
        <w:tc>
          <w:tcPr>
            <w:tcW w:w="496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7313D42" w14:textId="77777777" w:rsidR="00D93B48" w:rsidRDefault="00000000">
            <w:pPr>
              <w:spacing w:after="0"/>
            </w:pPr>
            <w:r>
              <w:rPr>
                <w:sz w:val="17"/>
              </w:rPr>
              <w:t>☐  Private</w:t>
            </w:r>
          </w:p>
        </w:tc>
      </w:tr>
      <w:tr w:rsidR="00D93B48" w14:paraId="35E7E6F9" w14:textId="77777777">
        <w:trPr>
          <w:cantSplit/>
          <w:jc w:val="center"/>
        </w:trPr>
        <w:tc>
          <w:tcPr>
            <w:tcW w:w="4968" w:type="dxa"/>
            <w:gridSpan w:val="3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8CC47F5" w14:textId="77777777" w:rsidR="00D93B48" w:rsidRDefault="00000000">
            <w:pPr>
              <w:spacing w:after="0"/>
            </w:pPr>
            <w:r>
              <w:rPr>
                <w:sz w:val="17"/>
              </w:rPr>
              <w:t>☐  Brokered / subcontracted</w:t>
            </w:r>
          </w:p>
        </w:tc>
        <w:tc>
          <w:tcPr>
            <w:tcW w:w="496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FF144C5" w14:textId="77777777" w:rsidR="00D93B48" w:rsidRDefault="00000000">
            <w:pPr>
              <w:spacing w:after="0"/>
            </w:pPr>
            <w:r>
              <w:rPr>
                <w:sz w:val="17"/>
              </w:rPr>
              <w:t>☐  Aged-care funding—authorisation required</w:t>
            </w:r>
          </w:p>
        </w:tc>
      </w:tr>
      <w:tr w:rsidR="00D93B48" w14:paraId="6DD11463" w14:textId="77777777">
        <w:tblPrEx>
          <w:tblBorders>
            <w:top w:val="single" w:sz="4" w:space="0" w:color="CDD7E1"/>
            <w:left w:val="single" w:sz="4" w:space="0" w:color="CDD7E1"/>
            <w:bottom w:val="single" w:sz="4" w:space="0" w:color="CDD7E1"/>
            <w:right w:val="single" w:sz="4" w:space="0" w:color="CDD7E1"/>
            <w:insideH w:val="single" w:sz="4" w:space="0" w:color="CDD7E1"/>
            <w:insideV w:val="single" w:sz="4" w:space="0" w:color="CDD7E1"/>
          </w:tblBorders>
        </w:tblPrEx>
        <w:trPr>
          <w:cantSplit/>
          <w:trHeight w:val="454"/>
          <w:jc w:val="center"/>
        </w:trPr>
        <w:tc>
          <w:tcPr>
            <w:tcW w:w="3312" w:type="dxa"/>
            <w:gridSpan w:val="2"/>
            <w:shd w:val="clear" w:color="auto" w:fill="F5F7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C94BB25" w14:textId="77777777" w:rsidR="00D93B48" w:rsidRDefault="00000000">
            <w:pPr>
              <w:spacing w:after="0"/>
            </w:pPr>
            <w:r>
              <w:rPr>
                <w:b/>
                <w:sz w:val="17"/>
              </w:rPr>
              <w:t>NDIS number (if applicable)</w:t>
            </w:r>
          </w:p>
        </w:tc>
        <w:tc>
          <w:tcPr>
            <w:tcW w:w="6624" w:type="dxa"/>
            <w:gridSpan w:val="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0DC485F" w14:textId="77777777" w:rsidR="00D93B48" w:rsidRDefault="00000000">
            <w:pPr>
              <w:spacing w:after="0"/>
            </w:pPr>
            <w:sdt>
              <w:sdtPr>
                <w:alias w:val="COM_NDIS_NUMBER"/>
                <w:tag w:val="COM_NDIS_NUMBER"/>
                <w:id w:val="-1355423678"/>
                <w:text/>
              </w:sdtPr>
              <w:sdtContent>
                <w:r>
                  <w:rPr>
                    <w:color w:val="5B6775"/>
                    <w:sz w:val="17"/>
                  </w:rPr>
                  <w:t>Click or tap to enter</w:t>
                </w:r>
              </w:sdtContent>
            </w:sdt>
          </w:p>
        </w:tc>
      </w:tr>
      <w:tr w:rsidR="00D93B48" w14:paraId="593E118D" w14:textId="77777777">
        <w:tblPrEx>
          <w:tblBorders>
            <w:top w:val="single" w:sz="4" w:space="0" w:color="CDD7E1"/>
            <w:left w:val="single" w:sz="4" w:space="0" w:color="CDD7E1"/>
            <w:bottom w:val="single" w:sz="4" w:space="0" w:color="CDD7E1"/>
            <w:right w:val="single" w:sz="4" w:space="0" w:color="CDD7E1"/>
            <w:insideH w:val="single" w:sz="4" w:space="0" w:color="CDD7E1"/>
            <w:insideV w:val="single" w:sz="4" w:space="0" w:color="CDD7E1"/>
          </w:tblBorders>
        </w:tblPrEx>
        <w:trPr>
          <w:cantSplit/>
          <w:trHeight w:val="454"/>
          <w:jc w:val="center"/>
        </w:trPr>
        <w:tc>
          <w:tcPr>
            <w:tcW w:w="3312" w:type="dxa"/>
            <w:gridSpan w:val="2"/>
            <w:shd w:val="clear" w:color="auto" w:fill="F5F7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9081CCB" w14:textId="77777777" w:rsidR="00D93B48" w:rsidRDefault="00000000">
            <w:pPr>
              <w:spacing w:after="0"/>
            </w:pPr>
            <w:r>
              <w:rPr>
                <w:b/>
                <w:sz w:val="17"/>
              </w:rPr>
              <w:t>Plan dates</w:t>
            </w:r>
          </w:p>
        </w:tc>
        <w:tc>
          <w:tcPr>
            <w:tcW w:w="6624" w:type="dxa"/>
            <w:gridSpan w:val="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74550EB" w14:textId="77777777" w:rsidR="00D93B48" w:rsidRDefault="00000000">
            <w:pPr>
              <w:spacing w:after="0"/>
            </w:pPr>
            <w:sdt>
              <w:sdtPr>
                <w:alias w:val="COM_PLAN_DATES"/>
                <w:tag w:val="COM_PLAN_DATES"/>
                <w:id w:val="-1648194415"/>
                <w:text/>
              </w:sdtPr>
              <w:sdtContent>
                <w:r>
                  <w:rPr>
                    <w:color w:val="5B6775"/>
                    <w:sz w:val="17"/>
                  </w:rPr>
                  <w:t>Click or tap to enter</w:t>
                </w:r>
              </w:sdtContent>
            </w:sdt>
          </w:p>
        </w:tc>
      </w:tr>
      <w:tr w:rsidR="00D93B48" w14:paraId="548A9747" w14:textId="77777777">
        <w:tblPrEx>
          <w:tblBorders>
            <w:top w:val="single" w:sz="4" w:space="0" w:color="CDD7E1"/>
            <w:left w:val="single" w:sz="4" w:space="0" w:color="CDD7E1"/>
            <w:bottom w:val="single" w:sz="4" w:space="0" w:color="CDD7E1"/>
            <w:right w:val="single" w:sz="4" w:space="0" w:color="CDD7E1"/>
            <w:insideH w:val="single" w:sz="4" w:space="0" w:color="CDD7E1"/>
            <w:insideV w:val="single" w:sz="4" w:space="0" w:color="CDD7E1"/>
          </w:tblBorders>
        </w:tblPrEx>
        <w:trPr>
          <w:cantSplit/>
          <w:trHeight w:val="454"/>
          <w:jc w:val="center"/>
        </w:trPr>
        <w:tc>
          <w:tcPr>
            <w:tcW w:w="3312" w:type="dxa"/>
            <w:gridSpan w:val="2"/>
            <w:shd w:val="clear" w:color="auto" w:fill="F5F7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D342152" w14:textId="77777777" w:rsidR="00D93B48" w:rsidRDefault="00000000">
            <w:pPr>
              <w:spacing w:after="0"/>
            </w:pPr>
            <w:r>
              <w:rPr>
                <w:b/>
                <w:sz w:val="17"/>
              </w:rPr>
              <w:t>Plan manager / funder</w:t>
            </w:r>
          </w:p>
        </w:tc>
        <w:tc>
          <w:tcPr>
            <w:tcW w:w="6624" w:type="dxa"/>
            <w:gridSpan w:val="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3EF0B20" w14:textId="77777777" w:rsidR="00D93B48" w:rsidRDefault="00000000">
            <w:pPr>
              <w:spacing w:after="0"/>
            </w:pPr>
            <w:sdt>
              <w:sdtPr>
                <w:alias w:val="COM_FUNDER"/>
                <w:tag w:val="COM_FUNDER"/>
                <w:id w:val="-324516127"/>
                <w:text/>
              </w:sdtPr>
              <w:sdtContent>
                <w:r>
                  <w:rPr>
                    <w:color w:val="5B6775"/>
                    <w:sz w:val="17"/>
                  </w:rPr>
                  <w:t>Click or tap to enter</w:t>
                </w:r>
              </w:sdtContent>
            </w:sdt>
          </w:p>
        </w:tc>
      </w:tr>
      <w:tr w:rsidR="00D93B48" w14:paraId="2AFD463D" w14:textId="77777777">
        <w:tblPrEx>
          <w:tblBorders>
            <w:top w:val="single" w:sz="4" w:space="0" w:color="CDD7E1"/>
            <w:left w:val="single" w:sz="4" w:space="0" w:color="CDD7E1"/>
            <w:bottom w:val="single" w:sz="4" w:space="0" w:color="CDD7E1"/>
            <w:right w:val="single" w:sz="4" w:space="0" w:color="CDD7E1"/>
            <w:insideH w:val="single" w:sz="4" w:space="0" w:color="CDD7E1"/>
            <w:insideV w:val="single" w:sz="4" w:space="0" w:color="CDD7E1"/>
          </w:tblBorders>
        </w:tblPrEx>
        <w:trPr>
          <w:cantSplit/>
          <w:trHeight w:val="454"/>
          <w:jc w:val="center"/>
        </w:trPr>
        <w:tc>
          <w:tcPr>
            <w:tcW w:w="3312" w:type="dxa"/>
            <w:gridSpan w:val="2"/>
            <w:shd w:val="clear" w:color="auto" w:fill="F5F7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3DA51A9" w14:textId="77777777" w:rsidR="00D93B48" w:rsidRDefault="00000000">
            <w:pPr>
              <w:spacing w:after="0"/>
            </w:pPr>
            <w:r>
              <w:rPr>
                <w:b/>
                <w:sz w:val="17"/>
              </w:rPr>
              <w:t>Billing email</w:t>
            </w:r>
          </w:p>
        </w:tc>
        <w:tc>
          <w:tcPr>
            <w:tcW w:w="6624" w:type="dxa"/>
            <w:gridSpan w:val="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97BBC8D" w14:textId="77777777" w:rsidR="00D93B48" w:rsidRDefault="00000000">
            <w:pPr>
              <w:spacing w:after="0"/>
            </w:pPr>
            <w:sdt>
              <w:sdtPr>
                <w:alias w:val="COM_BILLING_EMAIL"/>
                <w:tag w:val="COM_BILLING_EMAIL"/>
                <w:id w:val="1759478162"/>
                <w:text/>
              </w:sdtPr>
              <w:sdtContent>
                <w:r>
                  <w:rPr>
                    <w:color w:val="5B6775"/>
                    <w:sz w:val="17"/>
                  </w:rPr>
                  <w:t>Click or tap to enter</w:t>
                </w:r>
              </w:sdtContent>
            </w:sdt>
          </w:p>
        </w:tc>
      </w:tr>
      <w:tr w:rsidR="00D93B48" w14:paraId="3A8CACAF" w14:textId="77777777">
        <w:tblPrEx>
          <w:tblBorders>
            <w:top w:val="single" w:sz="4" w:space="0" w:color="CDD7E1"/>
            <w:left w:val="single" w:sz="4" w:space="0" w:color="CDD7E1"/>
            <w:bottom w:val="single" w:sz="4" w:space="0" w:color="CDD7E1"/>
            <w:right w:val="single" w:sz="4" w:space="0" w:color="CDD7E1"/>
            <w:insideH w:val="single" w:sz="4" w:space="0" w:color="CDD7E1"/>
            <w:insideV w:val="single" w:sz="4" w:space="0" w:color="CDD7E1"/>
          </w:tblBorders>
        </w:tblPrEx>
        <w:trPr>
          <w:cantSplit/>
          <w:trHeight w:val="454"/>
          <w:jc w:val="center"/>
        </w:trPr>
        <w:tc>
          <w:tcPr>
            <w:tcW w:w="3312" w:type="dxa"/>
            <w:gridSpan w:val="2"/>
            <w:shd w:val="clear" w:color="auto" w:fill="F5F7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17C63E8" w14:textId="77777777" w:rsidR="00D93B48" w:rsidRDefault="00000000">
            <w:pPr>
              <w:spacing w:after="0"/>
            </w:pPr>
            <w:r>
              <w:rPr>
                <w:b/>
                <w:sz w:val="17"/>
              </w:rPr>
              <w:t>Approved hours / budget</w:t>
            </w:r>
          </w:p>
        </w:tc>
        <w:tc>
          <w:tcPr>
            <w:tcW w:w="6624" w:type="dxa"/>
            <w:gridSpan w:val="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C119BA4" w14:textId="77777777" w:rsidR="00D93B48" w:rsidRDefault="00000000">
            <w:pPr>
              <w:spacing w:after="0"/>
            </w:pPr>
            <w:sdt>
              <w:sdtPr>
                <w:alias w:val="COM_BUDGET"/>
                <w:tag w:val="COM_BUDGET"/>
                <w:id w:val="576486800"/>
                <w:text/>
              </w:sdtPr>
              <w:sdtContent>
                <w:r>
                  <w:rPr>
                    <w:color w:val="5B6775"/>
                    <w:sz w:val="17"/>
                  </w:rPr>
                  <w:t>Click or tap to enter</w:t>
                </w:r>
              </w:sdtContent>
            </w:sdt>
          </w:p>
        </w:tc>
      </w:tr>
      <w:tr w:rsidR="00D93B48" w14:paraId="09B7B71D" w14:textId="77777777">
        <w:tblPrEx>
          <w:tblBorders>
            <w:top w:val="single" w:sz="4" w:space="0" w:color="CDD7E1"/>
            <w:left w:val="single" w:sz="4" w:space="0" w:color="CDD7E1"/>
            <w:bottom w:val="single" w:sz="4" w:space="0" w:color="CDD7E1"/>
            <w:right w:val="single" w:sz="4" w:space="0" w:color="CDD7E1"/>
            <w:insideH w:val="single" w:sz="4" w:space="0" w:color="CDD7E1"/>
            <w:insideV w:val="single" w:sz="4" w:space="0" w:color="CDD7E1"/>
          </w:tblBorders>
        </w:tblPrEx>
        <w:trPr>
          <w:cantSplit/>
          <w:trHeight w:val="454"/>
          <w:jc w:val="center"/>
        </w:trPr>
        <w:tc>
          <w:tcPr>
            <w:tcW w:w="3312" w:type="dxa"/>
            <w:gridSpan w:val="2"/>
            <w:shd w:val="clear" w:color="auto" w:fill="F5F7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1C981B4" w14:textId="77777777" w:rsidR="00D93B48" w:rsidRDefault="00000000">
            <w:pPr>
              <w:spacing w:after="0"/>
            </w:pPr>
            <w:r>
              <w:rPr>
                <w:b/>
                <w:sz w:val="17"/>
              </w:rPr>
              <w:t>Support item / category</w:t>
            </w:r>
          </w:p>
        </w:tc>
        <w:tc>
          <w:tcPr>
            <w:tcW w:w="6624" w:type="dxa"/>
            <w:gridSpan w:val="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A819ED8" w14:textId="77777777" w:rsidR="00D93B48" w:rsidRDefault="00000000">
            <w:pPr>
              <w:spacing w:after="0"/>
            </w:pPr>
            <w:sdt>
              <w:sdtPr>
                <w:alias w:val="COM_SUPPORT_ITEM"/>
                <w:tag w:val="COM_SUPPORT_ITEM"/>
                <w:id w:val="1588273782"/>
                <w:text/>
              </w:sdtPr>
              <w:sdtContent>
                <w:r>
                  <w:rPr>
                    <w:color w:val="5B6775"/>
                    <w:sz w:val="17"/>
                  </w:rPr>
                  <w:t>Click or tap to enter</w:t>
                </w:r>
              </w:sdtContent>
            </w:sdt>
          </w:p>
        </w:tc>
      </w:tr>
      <w:tr w:rsidR="00D93B48" w14:paraId="6D39BE42" w14:textId="77777777">
        <w:tblPrEx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cantSplit/>
          <w:jc w:val="center"/>
        </w:trPr>
        <w:tc>
          <w:tcPr>
            <w:tcW w:w="792" w:type="dxa"/>
            <w:shd w:val="clear" w:color="auto" w:fill="743A5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7F88390" w14:textId="77777777" w:rsidR="00D93B48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20"/>
              </w:rPr>
              <w:t>5</w:t>
            </w:r>
          </w:p>
        </w:tc>
        <w:tc>
          <w:tcPr>
            <w:tcW w:w="9144" w:type="dxa"/>
            <w:gridSpan w:val="3"/>
            <w:shd w:val="clear" w:color="auto" w:fill="F7ED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3DC15B6" w14:textId="77777777" w:rsidR="00D93B48" w:rsidRDefault="00000000">
            <w:pPr>
              <w:spacing w:after="0"/>
            </w:pPr>
            <w:r>
              <w:rPr>
                <w:b/>
                <w:color w:val="743A56"/>
                <w:sz w:val="23"/>
              </w:rPr>
              <w:t>Requested services and schedule</w:t>
            </w:r>
          </w:p>
        </w:tc>
      </w:tr>
    </w:tbl>
    <w:p w14:paraId="5B44CD55" w14:textId="77777777" w:rsidR="00D93B48" w:rsidRDefault="00000000">
      <w:pPr>
        <w:keepNext/>
        <w:spacing w:before="100" w:after="40"/>
      </w:pPr>
      <w:r>
        <w:rPr>
          <w:b/>
          <w:color w:val="743A56"/>
        </w:rPr>
        <w:t>Non-clinical support requested</w:t>
      </w:r>
    </w:p>
    <w:tbl>
      <w:tblPr>
        <w:tblW w:w="9936" w:type="dxa"/>
        <w:jc w:val="center"/>
        <w:tblBorders>
          <w:top w:val="single" w:sz="3" w:space="0" w:color="CDD7E1"/>
          <w:left w:val="single" w:sz="3" w:space="0" w:color="CDD7E1"/>
          <w:bottom w:val="single" w:sz="3" w:space="0" w:color="CDD7E1"/>
          <w:right w:val="single" w:sz="3" w:space="0" w:color="CDD7E1"/>
          <w:insideH w:val="single" w:sz="3" w:space="0" w:color="CDD7E1"/>
          <w:insideV w:val="single" w:sz="3" w:space="0" w:color="CDD7E1"/>
        </w:tblBorders>
        <w:tblLayout w:type="fixed"/>
        <w:tblLook w:val="04A0" w:firstRow="1" w:lastRow="0" w:firstColumn="1" w:lastColumn="0" w:noHBand="0" w:noVBand="1"/>
      </w:tblPr>
      <w:tblGrid>
        <w:gridCol w:w="4968"/>
        <w:gridCol w:w="4968"/>
      </w:tblGrid>
      <w:tr w:rsidR="00D93B48" w14:paraId="082BF45E" w14:textId="77777777">
        <w:trPr>
          <w:cantSplit/>
          <w:jc w:val="center"/>
        </w:trPr>
        <w:tc>
          <w:tcPr>
            <w:tcW w:w="496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9860A52" w14:textId="77777777" w:rsidR="00D93B48" w:rsidRDefault="00000000">
            <w:pPr>
              <w:spacing w:after="0"/>
            </w:pPr>
            <w:r>
              <w:rPr>
                <w:sz w:val="17"/>
              </w:rPr>
              <w:t>☐  Personal support / daily routines</w:t>
            </w:r>
          </w:p>
        </w:tc>
        <w:tc>
          <w:tcPr>
            <w:tcW w:w="496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646E0D4" w14:textId="77777777" w:rsidR="00D93B48" w:rsidRDefault="00000000">
            <w:pPr>
              <w:spacing w:after="0"/>
            </w:pPr>
            <w:r>
              <w:rPr>
                <w:sz w:val="17"/>
              </w:rPr>
              <w:t>☐  Community access</w:t>
            </w:r>
          </w:p>
        </w:tc>
      </w:tr>
      <w:tr w:rsidR="00D93B48" w14:paraId="62E9717D" w14:textId="77777777">
        <w:trPr>
          <w:cantSplit/>
          <w:jc w:val="center"/>
        </w:trPr>
        <w:tc>
          <w:tcPr>
            <w:tcW w:w="496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94A7B57" w14:textId="77777777" w:rsidR="00D93B48" w:rsidRDefault="00000000">
            <w:pPr>
              <w:spacing w:after="0"/>
            </w:pPr>
            <w:r>
              <w:rPr>
                <w:sz w:val="17"/>
              </w:rPr>
              <w:t>☐  Social participation</w:t>
            </w:r>
          </w:p>
        </w:tc>
        <w:tc>
          <w:tcPr>
            <w:tcW w:w="496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96A6D21" w14:textId="77777777" w:rsidR="00D93B48" w:rsidRDefault="00000000">
            <w:pPr>
              <w:spacing w:after="0"/>
            </w:pPr>
            <w:r>
              <w:rPr>
                <w:sz w:val="17"/>
              </w:rPr>
              <w:t>☐  Transport / appointments</w:t>
            </w:r>
          </w:p>
        </w:tc>
      </w:tr>
      <w:tr w:rsidR="00D93B48" w14:paraId="539EC602" w14:textId="77777777">
        <w:trPr>
          <w:cantSplit/>
          <w:jc w:val="center"/>
        </w:trPr>
        <w:tc>
          <w:tcPr>
            <w:tcW w:w="496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0B3B4D5" w14:textId="77777777" w:rsidR="00D93B48" w:rsidRDefault="00000000">
            <w:pPr>
              <w:spacing w:after="0"/>
            </w:pPr>
            <w:r>
              <w:rPr>
                <w:sz w:val="17"/>
              </w:rPr>
              <w:t>☐  Household tasks</w:t>
            </w:r>
          </w:p>
        </w:tc>
        <w:tc>
          <w:tcPr>
            <w:tcW w:w="496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92D22D9" w14:textId="77777777" w:rsidR="00D93B48" w:rsidRDefault="00000000">
            <w:pPr>
              <w:spacing w:after="0"/>
            </w:pPr>
            <w:r>
              <w:rPr>
                <w:sz w:val="17"/>
              </w:rPr>
              <w:t>☐  Life-skills support</w:t>
            </w:r>
          </w:p>
        </w:tc>
      </w:tr>
      <w:tr w:rsidR="00D93B48" w14:paraId="77A764F1" w14:textId="77777777">
        <w:trPr>
          <w:cantSplit/>
          <w:jc w:val="center"/>
        </w:trPr>
        <w:tc>
          <w:tcPr>
            <w:tcW w:w="496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D1F1937" w14:textId="77777777" w:rsidR="00D93B48" w:rsidRDefault="00000000">
            <w:pPr>
              <w:spacing w:after="0"/>
            </w:pPr>
            <w:r>
              <w:rPr>
                <w:sz w:val="17"/>
              </w:rPr>
              <w:t>☐  Respite / short break</w:t>
            </w:r>
          </w:p>
        </w:tc>
        <w:tc>
          <w:tcPr>
            <w:tcW w:w="496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D170853" w14:textId="77777777" w:rsidR="00D93B48" w:rsidRDefault="00000000">
            <w:pPr>
              <w:spacing w:after="0"/>
            </w:pPr>
            <w:r>
              <w:rPr>
                <w:sz w:val="17"/>
              </w:rPr>
              <w:t>☐  Overnight support</w:t>
            </w:r>
          </w:p>
        </w:tc>
      </w:tr>
      <w:tr w:rsidR="00D93B48" w14:paraId="18D7F948" w14:textId="77777777">
        <w:trPr>
          <w:cantSplit/>
          <w:jc w:val="center"/>
        </w:trPr>
        <w:tc>
          <w:tcPr>
            <w:tcW w:w="496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BD85714" w14:textId="77777777" w:rsidR="00D93B48" w:rsidRDefault="00000000">
            <w:pPr>
              <w:spacing w:after="0"/>
            </w:pPr>
            <w:r>
              <w:rPr>
                <w:sz w:val="17"/>
              </w:rPr>
              <w:t>☐  Shared living / SIL—capacity review</w:t>
            </w:r>
          </w:p>
        </w:tc>
        <w:tc>
          <w:tcPr>
            <w:tcW w:w="496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59178E6" w14:textId="77777777" w:rsidR="00D93B48" w:rsidRDefault="00000000">
            <w:pPr>
              <w:spacing w:after="0"/>
            </w:pPr>
            <w:r>
              <w:rPr>
                <w:sz w:val="17"/>
              </w:rPr>
              <w:t>☐  Private companionship</w:t>
            </w:r>
          </w:p>
        </w:tc>
      </w:tr>
      <w:tr w:rsidR="00D93B48" w14:paraId="562D1D8F" w14:textId="77777777">
        <w:trPr>
          <w:cantSplit/>
          <w:jc w:val="center"/>
        </w:trPr>
        <w:tc>
          <w:tcPr>
            <w:tcW w:w="496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082FDF3" w14:textId="77777777" w:rsidR="00D93B48" w:rsidRDefault="00000000">
            <w:pPr>
              <w:spacing w:after="0"/>
            </w:pPr>
            <w:r>
              <w:rPr>
                <w:sz w:val="17"/>
              </w:rPr>
              <w:t>☐  Non-clinical aged-care support</w:t>
            </w:r>
          </w:p>
        </w:tc>
        <w:tc>
          <w:tcPr>
            <w:tcW w:w="496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C550EFF" w14:textId="77777777" w:rsidR="00D93B48" w:rsidRDefault="00000000">
            <w:pPr>
              <w:spacing w:after="0"/>
            </w:pPr>
            <w:r>
              <w:rPr>
                <w:sz w:val="17"/>
              </w:rPr>
              <w:t>☐  Other—describe below</w:t>
            </w:r>
          </w:p>
        </w:tc>
      </w:tr>
    </w:tbl>
    <w:p w14:paraId="1BD3D762" w14:textId="77777777" w:rsidR="00D93B48" w:rsidRDefault="00000000">
      <w:pPr>
        <w:keepNext/>
        <w:spacing w:before="100" w:after="40"/>
      </w:pPr>
      <w:r>
        <w:rPr>
          <w:b/>
          <w:color w:val="743A56"/>
          <w:sz w:val="18"/>
        </w:rPr>
        <w:t>Requested tasks, outcomes and boundaries *</w:t>
      </w:r>
    </w:p>
    <w:tbl>
      <w:tblPr>
        <w:tblW w:w="9936" w:type="dxa"/>
        <w:jc w:val="center"/>
        <w:tblBorders>
          <w:top w:val="single" w:sz="4" w:space="0" w:color="CDD7E1"/>
          <w:left w:val="single" w:sz="4" w:space="0" w:color="CDD7E1"/>
          <w:bottom w:val="single" w:sz="4" w:space="0" w:color="CDD7E1"/>
          <w:right w:val="single" w:sz="4" w:space="0" w:color="CDD7E1"/>
        </w:tblBorders>
        <w:tblLayout w:type="fixed"/>
        <w:tblLook w:val="04A0" w:firstRow="1" w:lastRow="0" w:firstColumn="1" w:lastColumn="0" w:noHBand="0" w:noVBand="1"/>
      </w:tblPr>
      <w:tblGrid>
        <w:gridCol w:w="792"/>
        <w:gridCol w:w="2520"/>
        <w:gridCol w:w="6624"/>
      </w:tblGrid>
      <w:tr w:rsidR="00D93B48" w14:paraId="313303DB" w14:textId="77777777">
        <w:trPr>
          <w:cantSplit/>
          <w:jc w:val="center"/>
        </w:trPr>
        <w:tc>
          <w:tcPr>
            <w:tcW w:w="9936" w:type="dxa"/>
            <w:gridSpan w:val="3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8FA9BAD" w14:textId="77777777" w:rsidR="00D93B48" w:rsidRDefault="00000000">
            <w:pPr>
              <w:spacing w:after="540"/>
            </w:pPr>
            <w:sdt>
              <w:sdtPr>
                <w:alias w:val="COM_REQUESTED_SCOPE"/>
                <w:tag w:val="COM_REQUESTED_SCOPE"/>
                <w:id w:val="1416355700"/>
                <w:text/>
              </w:sdtPr>
              <w:sdtContent>
                <w:r>
                  <w:rPr>
                    <w:color w:val="5B6775"/>
                    <w:sz w:val="17"/>
                  </w:rPr>
                  <w:t>Click or tap to enter</w:t>
                </w:r>
              </w:sdtContent>
            </w:sdt>
          </w:p>
        </w:tc>
      </w:tr>
      <w:tr w:rsidR="00D93B48" w14:paraId="443B97C8" w14:textId="77777777">
        <w:tblPrEx>
          <w:tblBorders>
            <w:insideH w:val="single" w:sz="4" w:space="0" w:color="CDD7E1"/>
            <w:insideV w:val="single" w:sz="4" w:space="0" w:color="CDD7E1"/>
          </w:tblBorders>
        </w:tblPrEx>
        <w:trPr>
          <w:cantSplit/>
          <w:trHeight w:val="454"/>
          <w:jc w:val="center"/>
        </w:trPr>
        <w:tc>
          <w:tcPr>
            <w:tcW w:w="3312" w:type="dxa"/>
            <w:gridSpan w:val="2"/>
            <w:shd w:val="clear" w:color="auto" w:fill="F5F7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D27B164" w14:textId="77777777" w:rsidR="00D93B48" w:rsidRDefault="00000000">
            <w:pPr>
              <w:spacing w:after="0"/>
            </w:pPr>
            <w:r>
              <w:rPr>
                <w:b/>
                <w:sz w:val="17"/>
              </w:rPr>
              <w:t>Preferred start date</w:t>
            </w:r>
          </w:p>
        </w:tc>
        <w:tc>
          <w:tcPr>
            <w:tcW w:w="662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6CD1215" w14:textId="77777777" w:rsidR="00D93B48" w:rsidRDefault="00000000">
            <w:pPr>
              <w:spacing w:after="0"/>
            </w:pPr>
            <w:sdt>
              <w:sdtPr>
                <w:alias w:val="COM_START_DATE"/>
                <w:tag w:val="COM_START_DATE"/>
                <w:id w:val="-1044290048"/>
                <w:text/>
              </w:sdtPr>
              <w:sdtContent>
                <w:r>
                  <w:rPr>
                    <w:color w:val="5B6775"/>
                    <w:sz w:val="17"/>
                  </w:rPr>
                  <w:t>Click or tap to enter</w:t>
                </w:r>
              </w:sdtContent>
            </w:sdt>
          </w:p>
        </w:tc>
      </w:tr>
      <w:tr w:rsidR="00D93B48" w14:paraId="129481AD" w14:textId="77777777">
        <w:tblPrEx>
          <w:tblBorders>
            <w:insideH w:val="single" w:sz="4" w:space="0" w:color="CDD7E1"/>
            <w:insideV w:val="single" w:sz="4" w:space="0" w:color="CDD7E1"/>
          </w:tblBorders>
        </w:tblPrEx>
        <w:trPr>
          <w:cantSplit/>
          <w:trHeight w:val="454"/>
          <w:jc w:val="center"/>
        </w:trPr>
        <w:tc>
          <w:tcPr>
            <w:tcW w:w="3312" w:type="dxa"/>
            <w:gridSpan w:val="2"/>
            <w:shd w:val="clear" w:color="auto" w:fill="F5F7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D3A9991" w14:textId="77777777" w:rsidR="00D93B48" w:rsidRDefault="00000000">
            <w:pPr>
              <w:spacing w:after="0"/>
            </w:pPr>
            <w:r>
              <w:rPr>
                <w:b/>
                <w:sz w:val="17"/>
              </w:rPr>
              <w:t>Preferred days / times</w:t>
            </w:r>
          </w:p>
        </w:tc>
        <w:tc>
          <w:tcPr>
            <w:tcW w:w="662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C221536" w14:textId="77777777" w:rsidR="00D93B48" w:rsidRDefault="00000000">
            <w:pPr>
              <w:spacing w:after="0"/>
            </w:pPr>
            <w:sdt>
              <w:sdtPr>
                <w:alias w:val="COM_SCHEDULE"/>
                <w:tag w:val="COM_SCHEDULE"/>
                <w:id w:val="1717547410"/>
                <w:text/>
              </w:sdtPr>
              <w:sdtContent>
                <w:r>
                  <w:rPr>
                    <w:color w:val="5B6775"/>
                    <w:sz w:val="17"/>
                  </w:rPr>
                  <w:t>Click or tap to enter</w:t>
                </w:r>
              </w:sdtContent>
            </w:sdt>
          </w:p>
        </w:tc>
      </w:tr>
      <w:tr w:rsidR="00D93B48" w14:paraId="15285278" w14:textId="77777777">
        <w:tblPrEx>
          <w:tblBorders>
            <w:insideH w:val="single" w:sz="4" w:space="0" w:color="CDD7E1"/>
            <w:insideV w:val="single" w:sz="4" w:space="0" w:color="CDD7E1"/>
          </w:tblBorders>
        </w:tblPrEx>
        <w:trPr>
          <w:cantSplit/>
          <w:trHeight w:val="454"/>
          <w:jc w:val="center"/>
        </w:trPr>
        <w:tc>
          <w:tcPr>
            <w:tcW w:w="3312" w:type="dxa"/>
            <w:gridSpan w:val="2"/>
            <w:shd w:val="clear" w:color="auto" w:fill="F5F7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63F8125" w14:textId="77777777" w:rsidR="00D93B48" w:rsidRDefault="00000000">
            <w:pPr>
              <w:spacing w:after="0"/>
            </w:pPr>
            <w:r>
              <w:rPr>
                <w:b/>
                <w:sz w:val="17"/>
              </w:rPr>
              <w:t>Hours / frequency</w:t>
            </w:r>
          </w:p>
        </w:tc>
        <w:tc>
          <w:tcPr>
            <w:tcW w:w="662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D4A443B" w14:textId="77777777" w:rsidR="00D93B48" w:rsidRDefault="00000000">
            <w:pPr>
              <w:spacing w:after="0"/>
            </w:pPr>
            <w:sdt>
              <w:sdtPr>
                <w:alias w:val="COM_HOURS"/>
                <w:tag w:val="COM_HOURS"/>
                <w:id w:val="-1896579258"/>
                <w:text/>
              </w:sdtPr>
              <w:sdtContent>
                <w:r>
                  <w:rPr>
                    <w:color w:val="5B6775"/>
                    <w:sz w:val="17"/>
                  </w:rPr>
                  <w:t>Click or tap to enter</w:t>
                </w:r>
              </w:sdtContent>
            </w:sdt>
          </w:p>
        </w:tc>
      </w:tr>
      <w:tr w:rsidR="00D93B48" w14:paraId="53F54312" w14:textId="77777777">
        <w:tblPrEx>
          <w:tblBorders>
            <w:insideH w:val="single" w:sz="4" w:space="0" w:color="CDD7E1"/>
            <w:insideV w:val="single" w:sz="4" w:space="0" w:color="CDD7E1"/>
          </w:tblBorders>
        </w:tblPrEx>
        <w:trPr>
          <w:cantSplit/>
          <w:trHeight w:val="454"/>
          <w:jc w:val="center"/>
        </w:trPr>
        <w:tc>
          <w:tcPr>
            <w:tcW w:w="3312" w:type="dxa"/>
            <w:gridSpan w:val="2"/>
            <w:shd w:val="clear" w:color="auto" w:fill="F5F7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6F08090" w14:textId="77777777" w:rsidR="00D93B48" w:rsidRDefault="00000000">
            <w:pPr>
              <w:spacing w:after="0"/>
            </w:pPr>
            <w:r>
              <w:rPr>
                <w:b/>
                <w:sz w:val="17"/>
              </w:rPr>
              <w:t>Service location(s)</w:t>
            </w:r>
          </w:p>
        </w:tc>
        <w:tc>
          <w:tcPr>
            <w:tcW w:w="662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380EC48" w14:textId="77777777" w:rsidR="00D93B48" w:rsidRDefault="00000000">
            <w:pPr>
              <w:spacing w:after="0"/>
            </w:pPr>
            <w:sdt>
              <w:sdtPr>
                <w:alias w:val="COM_LOCATIONS"/>
                <w:tag w:val="COM_LOCATIONS"/>
                <w:id w:val="-365298196"/>
                <w:text/>
              </w:sdtPr>
              <w:sdtContent>
                <w:r>
                  <w:rPr>
                    <w:color w:val="5B6775"/>
                    <w:sz w:val="17"/>
                  </w:rPr>
                  <w:t>Click or tap to enter</w:t>
                </w:r>
              </w:sdtContent>
            </w:sdt>
          </w:p>
        </w:tc>
      </w:tr>
      <w:tr w:rsidR="00D93B48" w14:paraId="47136551" w14:textId="77777777">
        <w:tblPrEx>
          <w:tblBorders>
            <w:insideH w:val="single" w:sz="4" w:space="0" w:color="CDD7E1"/>
            <w:insideV w:val="single" w:sz="4" w:space="0" w:color="CDD7E1"/>
          </w:tblBorders>
        </w:tblPrEx>
        <w:trPr>
          <w:cantSplit/>
          <w:trHeight w:val="454"/>
          <w:jc w:val="center"/>
        </w:trPr>
        <w:tc>
          <w:tcPr>
            <w:tcW w:w="3312" w:type="dxa"/>
            <w:gridSpan w:val="2"/>
            <w:shd w:val="clear" w:color="auto" w:fill="F5F7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31AFD3B" w14:textId="77777777" w:rsidR="00D93B48" w:rsidRDefault="00000000">
            <w:pPr>
              <w:spacing w:after="0"/>
            </w:pPr>
            <w:r>
              <w:rPr>
                <w:b/>
                <w:sz w:val="17"/>
              </w:rPr>
              <w:t>Worker preferences</w:t>
            </w:r>
          </w:p>
        </w:tc>
        <w:tc>
          <w:tcPr>
            <w:tcW w:w="662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D71854B" w14:textId="77777777" w:rsidR="00D93B48" w:rsidRDefault="00000000">
            <w:pPr>
              <w:spacing w:after="0"/>
            </w:pPr>
            <w:sdt>
              <w:sdtPr>
                <w:alias w:val="COM_WORKER_PREFS"/>
                <w:tag w:val="COM_WORKER_PREFS"/>
                <w:id w:val="-1509590761"/>
                <w:text/>
              </w:sdtPr>
              <w:sdtContent>
                <w:r>
                  <w:rPr>
                    <w:color w:val="5B6775"/>
                    <w:sz w:val="17"/>
                  </w:rPr>
                  <w:t>Click or tap to enter</w:t>
                </w:r>
              </w:sdtContent>
            </w:sdt>
          </w:p>
        </w:tc>
      </w:tr>
      <w:tr w:rsidR="00D93B48" w14:paraId="796AD8F5" w14:textId="77777777">
        <w:tblPrEx>
          <w:tblBorders>
            <w:insideH w:val="single" w:sz="4" w:space="0" w:color="CDD7E1"/>
            <w:insideV w:val="single" w:sz="4" w:space="0" w:color="CDD7E1"/>
          </w:tblBorders>
        </w:tblPrEx>
        <w:trPr>
          <w:cantSplit/>
          <w:trHeight w:val="454"/>
          <w:jc w:val="center"/>
        </w:trPr>
        <w:tc>
          <w:tcPr>
            <w:tcW w:w="3312" w:type="dxa"/>
            <w:gridSpan w:val="2"/>
            <w:shd w:val="clear" w:color="auto" w:fill="F5F7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E22A174" w14:textId="77777777" w:rsidR="00D93B48" w:rsidRDefault="00000000">
            <w:pPr>
              <w:spacing w:after="0"/>
            </w:pPr>
            <w:r>
              <w:rPr>
                <w:b/>
                <w:sz w:val="17"/>
              </w:rPr>
              <w:t>Access / key arrangements</w:t>
            </w:r>
          </w:p>
        </w:tc>
        <w:tc>
          <w:tcPr>
            <w:tcW w:w="662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198AE7E" w14:textId="77777777" w:rsidR="00D93B48" w:rsidRDefault="00000000">
            <w:pPr>
              <w:spacing w:after="0"/>
            </w:pPr>
            <w:sdt>
              <w:sdtPr>
                <w:alias w:val="COM_ACCESS"/>
                <w:tag w:val="COM_ACCESS"/>
                <w:id w:val="-903295263"/>
                <w:text/>
              </w:sdtPr>
              <w:sdtContent>
                <w:r>
                  <w:rPr>
                    <w:color w:val="5B6775"/>
                    <w:sz w:val="17"/>
                  </w:rPr>
                  <w:t>Click or tap to enter</w:t>
                </w:r>
              </w:sdtContent>
            </w:sdt>
          </w:p>
        </w:tc>
      </w:tr>
      <w:tr w:rsidR="00D93B48" w14:paraId="055D68D5" w14:textId="77777777">
        <w:tblPrEx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cantSplit/>
          <w:jc w:val="center"/>
        </w:trPr>
        <w:tc>
          <w:tcPr>
            <w:tcW w:w="792" w:type="dxa"/>
            <w:shd w:val="clear" w:color="auto" w:fill="743A5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3123042" w14:textId="77777777" w:rsidR="00D93B48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20"/>
              </w:rPr>
              <w:t>6</w:t>
            </w:r>
          </w:p>
        </w:tc>
        <w:tc>
          <w:tcPr>
            <w:tcW w:w="9144" w:type="dxa"/>
            <w:gridSpan w:val="2"/>
            <w:shd w:val="clear" w:color="auto" w:fill="F7ED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BD21431" w14:textId="77777777" w:rsidR="00D93B48" w:rsidRDefault="00000000">
            <w:pPr>
              <w:spacing w:after="0"/>
            </w:pPr>
            <w:r>
              <w:rPr>
                <w:b/>
                <w:color w:val="743A56"/>
                <w:sz w:val="23"/>
              </w:rPr>
              <w:t>Health, safety and support considerations</w:t>
            </w:r>
          </w:p>
        </w:tc>
      </w:tr>
    </w:tbl>
    <w:p w14:paraId="6B8B5C5D" w14:textId="77777777" w:rsidR="00D93B48" w:rsidRDefault="00000000">
      <w:pPr>
        <w:keepNext/>
        <w:spacing w:before="100" w:after="40"/>
      </w:pPr>
      <w:r>
        <w:rPr>
          <w:b/>
          <w:color w:val="743A56"/>
        </w:rPr>
        <w:t>Relevant support considerations</w:t>
      </w:r>
    </w:p>
    <w:tbl>
      <w:tblPr>
        <w:tblW w:w="9936" w:type="dxa"/>
        <w:jc w:val="center"/>
        <w:tblBorders>
          <w:top w:val="single" w:sz="3" w:space="0" w:color="CDD7E1"/>
          <w:left w:val="single" w:sz="3" w:space="0" w:color="CDD7E1"/>
          <w:bottom w:val="single" w:sz="3" w:space="0" w:color="CDD7E1"/>
          <w:right w:val="single" w:sz="3" w:space="0" w:color="CDD7E1"/>
          <w:insideH w:val="single" w:sz="3" w:space="0" w:color="CDD7E1"/>
          <w:insideV w:val="single" w:sz="3" w:space="0" w:color="CDD7E1"/>
        </w:tblBorders>
        <w:tblLayout w:type="fixed"/>
        <w:tblLook w:val="04A0" w:firstRow="1" w:lastRow="0" w:firstColumn="1" w:lastColumn="0" w:noHBand="0" w:noVBand="1"/>
      </w:tblPr>
      <w:tblGrid>
        <w:gridCol w:w="4968"/>
        <w:gridCol w:w="4968"/>
      </w:tblGrid>
      <w:tr w:rsidR="00D93B48" w14:paraId="150C393C" w14:textId="77777777">
        <w:trPr>
          <w:cantSplit/>
          <w:jc w:val="center"/>
        </w:trPr>
        <w:tc>
          <w:tcPr>
            <w:tcW w:w="496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C634356" w14:textId="77777777" w:rsidR="00D93B48" w:rsidRDefault="00000000">
            <w:pPr>
              <w:spacing w:after="0"/>
            </w:pPr>
            <w:r>
              <w:rPr>
                <w:sz w:val="17"/>
              </w:rPr>
              <w:t>☐  Mobility / manual handling</w:t>
            </w:r>
          </w:p>
        </w:tc>
        <w:tc>
          <w:tcPr>
            <w:tcW w:w="496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71B1547" w14:textId="77777777" w:rsidR="00D93B48" w:rsidRDefault="00000000">
            <w:pPr>
              <w:spacing w:after="0"/>
            </w:pPr>
            <w:r>
              <w:rPr>
                <w:sz w:val="17"/>
              </w:rPr>
              <w:t>☐  Medication prompting</w:t>
            </w:r>
          </w:p>
        </w:tc>
      </w:tr>
      <w:tr w:rsidR="00D93B48" w14:paraId="21B19CC0" w14:textId="77777777">
        <w:trPr>
          <w:cantSplit/>
          <w:jc w:val="center"/>
        </w:trPr>
        <w:tc>
          <w:tcPr>
            <w:tcW w:w="496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0FC709E" w14:textId="77777777" w:rsidR="00D93B48" w:rsidRDefault="00000000">
            <w:pPr>
              <w:spacing w:after="0"/>
            </w:pPr>
            <w:r>
              <w:rPr>
                <w:sz w:val="17"/>
              </w:rPr>
              <w:lastRenderedPageBreak/>
              <w:t>☐  Communication support</w:t>
            </w:r>
          </w:p>
        </w:tc>
        <w:tc>
          <w:tcPr>
            <w:tcW w:w="496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F790B41" w14:textId="77777777" w:rsidR="00D93B48" w:rsidRDefault="00000000">
            <w:pPr>
              <w:spacing w:after="0"/>
            </w:pPr>
            <w:r>
              <w:rPr>
                <w:sz w:val="17"/>
              </w:rPr>
              <w:t>☐  Behaviour support plan</w:t>
            </w:r>
          </w:p>
        </w:tc>
      </w:tr>
      <w:tr w:rsidR="00D93B48" w14:paraId="42D61CE6" w14:textId="77777777">
        <w:trPr>
          <w:cantSplit/>
          <w:jc w:val="center"/>
        </w:trPr>
        <w:tc>
          <w:tcPr>
            <w:tcW w:w="496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5D726F3" w14:textId="77777777" w:rsidR="00D93B48" w:rsidRDefault="00000000">
            <w:pPr>
              <w:spacing w:after="0"/>
            </w:pPr>
            <w:r>
              <w:rPr>
                <w:sz w:val="17"/>
              </w:rPr>
              <w:t>☐  Community access risk</w:t>
            </w:r>
          </w:p>
        </w:tc>
        <w:tc>
          <w:tcPr>
            <w:tcW w:w="496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9FE10C5" w14:textId="77777777" w:rsidR="00D93B48" w:rsidRDefault="00000000">
            <w:pPr>
              <w:spacing w:after="0"/>
            </w:pPr>
            <w:r>
              <w:rPr>
                <w:sz w:val="17"/>
              </w:rPr>
              <w:t>☐  Transport requirements</w:t>
            </w:r>
          </w:p>
        </w:tc>
      </w:tr>
      <w:tr w:rsidR="00D93B48" w14:paraId="3D7C068C" w14:textId="77777777">
        <w:trPr>
          <w:cantSplit/>
          <w:jc w:val="center"/>
        </w:trPr>
        <w:tc>
          <w:tcPr>
            <w:tcW w:w="496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B1F7A66" w14:textId="77777777" w:rsidR="00D93B48" w:rsidRDefault="00000000">
            <w:pPr>
              <w:spacing w:after="0"/>
            </w:pPr>
            <w:r>
              <w:rPr>
                <w:sz w:val="17"/>
              </w:rPr>
              <w:t>☐  Personal care</w:t>
            </w:r>
          </w:p>
        </w:tc>
        <w:tc>
          <w:tcPr>
            <w:tcW w:w="496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1A76289" w14:textId="77777777" w:rsidR="00D93B48" w:rsidRDefault="00000000">
            <w:pPr>
              <w:spacing w:after="0"/>
            </w:pPr>
            <w:r>
              <w:rPr>
                <w:sz w:val="17"/>
              </w:rPr>
              <w:t>☐  Mealtime support</w:t>
            </w:r>
          </w:p>
        </w:tc>
      </w:tr>
      <w:tr w:rsidR="00D93B48" w14:paraId="678B2D24" w14:textId="77777777">
        <w:trPr>
          <w:cantSplit/>
          <w:jc w:val="center"/>
        </w:trPr>
        <w:tc>
          <w:tcPr>
            <w:tcW w:w="496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A140E89" w14:textId="77777777" w:rsidR="00D93B48" w:rsidRDefault="00000000">
            <w:pPr>
              <w:spacing w:after="0"/>
            </w:pPr>
            <w:r>
              <w:rPr>
                <w:sz w:val="17"/>
              </w:rPr>
              <w:t>☐  Worker gender preference</w:t>
            </w:r>
          </w:p>
        </w:tc>
        <w:tc>
          <w:tcPr>
            <w:tcW w:w="496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E7E8A44" w14:textId="77777777" w:rsidR="00D93B48" w:rsidRDefault="00000000">
            <w:pPr>
              <w:spacing w:after="0"/>
            </w:pPr>
            <w:r>
              <w:rPr>
                <w:sz w:val="17"/>
              </w:rPr>
              <w:t>☐  Overnight / emergency arrangements</w:t>
            </w:r>
          </w:p>
        </w:tc>
      </w:tr>
      <w:tr w:rsidR="00D93B48" w14:paraId="6BA533EF" w14:textId="77777777">
        <w:trPr>
          <w:cantSplit/>
          <w:jc w:val="center"/>
        </w:trPr>
        <w:tc>
          <w:tcPr>
            <w:tcW w:w="496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14FA122" w14:textId="77777777" w:rsidR="00D93B48" w:rsidRDefault="00000000">
            <w:pPr>
              <w:spacing w:after="0"/>
            </w:pPr>
            <w:r>
              <w:rPr>
                <w:sz w:val="17"/>
              </w:rPr>
              <w:t>☐  Clinical or high-care task—separate triage required</w:t>
            </w:r>
          </w:p>
        </w:tc>
        <w:tc>
          <w:tcPr>
            <w:tcW w:w="496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6E57423" w14:textId="77777777" w:rsidR="00D93B48" w:rsidRDefault="00000000">
            <w:pPr>
              <w:spacing w:after="0"/>
            </w:pPr>
            <w:r>
              <w:rPr>
                <w:sz w:val="17"/>
              </w:rPr>
              <w:t>☐  None identified</w:t>
            </w:r>
          </w:p>
        </w:tc>
      </w:tr>
    </w:tbl>
    <w:p w14:paraId="3BC65421" w14:textId="77777777" w:rsidR="00D93B48" w:rsidRDefault="00000000">
      <w:pPr>
        <w:keepNext/>
        <w:spacing w:before="100" w:after="40"/>
      </w:pPr>
      <w:r>
        <w:rPr>
          <w:b/>
          <w:color w:val="743A56"/>
          <w:sz w:val="18"/>
        </w:rPr>
        <w:t>Support, behaviour, communication or safety information relevant to safe delivery</w:t>
      </w:r>
    </w:p>
    <w:tbl>
      <w:tblPr>
        <w:tblW w:w="9936" w:type="dxa"/>
        <w:jc w:val="center"/>
        <w:tblBorders>
          <w:top w:val="single" w:sz="4" w:space="0" w:color="CDD7E1"/>
          <w:left w:val="single" w:sz="4" w:space="0" w:color="CDD7E1"/>
          <w:bottom w:val="single" w:sz="4" w:space="0" w:color="CDD7E1"/>
          <w:right w:val="single" w:sz="4" w:space="0" w:color="CDD7E1"/>
        </w:tblBorders>
        <w:tblLayout w:type="fixed"/>
        <w:tblLook w:val="04A0" w:firstRow="1" w:lastRow="0" w:firstColumn="1" w:lastColumn="0" w:noHBand="0" w:noVBand="1"/>
      </w:tblPr>
      <w:tblGrid>
        <w:gridCol w:w="792"/>
        <w:gridCol w:w="2520"/>
        <w:gridCol w:w="6624"/>
      </w:tblGrid>
      <w:tr w:rsidR="00D93B48" w14:paraId="1D7B32EE" w14:textId="77777777">
        <w:trPr>
          <w:cantSplit/>
          <w:jc w:val="center"/>
        </w:trPr>
        <w:tc>
          <w:tcPr>
            <w:tcW w:w="9936" w:type="dxa"/>
            <w:gridSpan w:val="3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2965D04" w14:textId="77777777" w:rsidR="00D93B48" w:rsidRDefault="00000000">
            <w:pPr>
              <w:spacing w:after="540"/>
            </w:pPr>
            <w:sdt>
              <w:sdtPr>
                <w:alias w:val="COM_SAFETY_INFO"/>
                <w:tag w:val="COM_SAFETY_INFO"/>
                <w:id w:val="-442538745"/>
                <w:text/>
              </w:sdtPr>
              <w:sdtContent>
                <w:r>
                  <w:rPr>
                    <w:color w:val="5B6775"/>
                    <w:sz w:val="17"/>
                  </w:rPr>
                  <w:t>Click or tap to enter</w:t>
                </w:r>
              </w:sdtContent>
            </w:sdt>
          </w:p>
        </w:tc>
      </w:tr>
      <w:tr w:rsidR="00D93B48" w14:paraId="4A3DD7B8" w14:textId="77777777">
        <w:tblPrEx>
          <w:tblBorders>
            <w:insideH w:val="single" w:sz="4" w:space="0" w:color="CDD7E1"/>
            <w:insideV w:val="single" w:sz="4" w:space="0" w:color="CDD7E1"/>
          </w:tblBorders>
        </w:tblPrEx>
        <w:trPr>
          <w:cantSplit/>
          <w:trHeight w:val="454"/>
          <w:jc w:val="center"/>
        </w:trPr>
        <w:tc>
          <w:tcPr>
            <w:tcW w:w="3312" w:type="dxa"/>
            <w:gridSpan w:val="2"/>
            <w:shd w:val="clear" w:color="auto" w:fill="F5F7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A5D8B16" w14:textId="77777777" w:rsidR="00D93B48" w:rsidRDefault="00000000">
            <w:pPr>
              <w:spacing w:after="0"/>
            </w:pPr>
            <w:r>
              <w:rPr>
                <w:b/>
                <w:sz w:val="17"/>
              </w:rPr>
              <w:t>Emergency contact</w:t>
            </w:r>
          </w:p>
        </w:tc>
        <w:tc>
          <w:tcPr>
            <w:tcW w:w="662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1AD8E6E" w14:textId="77777777" w:rsidR="00D93B48" w:rsidRDefault="00000000">
            <w:pPr>
              <w:spacing w:after="0"/>
            </w:pPr>
            <w:sdt>
              <w:sdtPr>
                <w:alias w:val="COM_EMERGENCY_CONTACT"/>
                <w:tag w:val="COM_EMERGENCY_CONTACT"/>
                <w:id w:val="546489111"/>
                <w:text/>
              </w:sdtPr>
              <w:sdtContent>
                <w:r>
                  <w:rPr>
                    <w:color w:val="5B6775"/>
                    <w:sz w:val="17"/>
                  </w:rPr>
                  <w:t>Click or tap to enter</w:t>
                </w:r>
              </w:sdtContent>
            </w:sdt>
          </w:p>
        </w:tc>
      </w:tr>
      <w:tr w:rsidR="00D93B48" w14:paraId="2BAE0844" w14:textId="77777777">
        <w:tblPrEx>
          <w:tblBorders>
            <w:insideH w:val="single" w:sz="4" w:space="0" w:color="CDD7E1"/>
            <w:insideV w:val="single" w:sz="4" w:space="0" w:color="CDD7E1"/>
          </w:tblBorders>
        </w:tblPrEx>
        <w:trPr>
          <w:cantSplit/>
          <w:trHeight w:val="454"/>
          <w:jc w:val="center"/>
        </w:trPr>
        <w:tc>
          <w:tcPr>
            <w:tcW w:w="3312" w:type="dxa"/>
            <w:gridSpan w:val="2"/>
            <w:shd w:val="clear" w:color="auto" w:fill="F5F7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1898BCE" w14:textId="77777777" w:rsidR="00D93B48" w:rsidRDefault="00000000">
            <w:pPr>
              <w:spacing w:after="0"/>
            </w:pPr>
            <w:r>
              <w:rPr>
                <w:b/>
                <w:sz w:val="17"/>
              </w:rPr>
              <w:t>Emergency plan attached?</w:t>
            </w:r>
          </w:p>
        </w:tc>
        <w:tc>
          <w:tcPr>
            <w:tcW w:w="662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4C52F22" w14:textId="77777777" w:rsidR="00D93B48" w:rsidRDefault="00000000">
            <w:pPr>
              <w:spacing w:after="0"/>
            </w:pPr>
            <w:sdt>
              <w:sdtPr>
                <w:alias w:val="COM_EMERGENCY_PLAN"/>
                <w:tag w:val="COM_EMERGENCY_PLAN"/>
                <w:id w:val="-1181042146"/>
                <w:text/>
              </w:sdtPr>
              <w:sdtContent>
                <w:r>
                  <w:rPr>
                    <w:color w:val="5B6775"/>
                    <w:sz w:val="17"/>
                  </w:rPr>
                  <w:t>Click or tap to enter</w:t>
                </w:r>
              </w:sdtContent>
            </w:sdt>
          </w:p>
        </w:tc>
      </w:tr>
      <w:tr w:rsidR="00D93B48" w14:paraId="3F3D75DF" w14:textId="77777777">
        <w:tblPrEx>
          <w:tblBorders>
            <w:insideH w:val="single" w:sz="4" w:space="0" w:color="CDD7E1"/>
            <w:insideV w:val="single" w:sz="4" w:space="0" w:color="CDD7E1"/>
          </w:tblBorders>
        </w:tblPrEx>
        <w:trPr>
          <w:cantSplit/>
          <w:trHeight w:val="454"/>
          <w:jc w:val="center"/>
        </w:trPr>
        <w:tc>
          <w:tcPr>
            <w:tcW w:w="3312" w:type="dxa"/>
            <w:gridSpan w:val="2"/>
            <w:shd w:val="clear" w:color="auto" w:fill="F5F7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E7FD52B" w14:textId="77777777" w:rsidR="00D93B48" w:rsidRDefault="00000000">
            <w:pPr>
              <w:spacing w:after="0"/>
            </w:pPr>
            <w:r>
              <w:rPr>
                <w:b/>
                <w:sz w:val="17"/>
              </w:rPr>
              <w:t>Current support providers</w:t>
            </w:r>
          </w:p>
        </w:tc>
        <w:tc>
          <w:tcPr>
            <w:tcW w:w="662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921C2DE" w14:textId="77777777" w:rsidR="00D93B48" w:rsidRDefault="00000000">
            <w:pPr>
              <w:spacing w:after="0"/>
            </w:pPr>
            <w:sdt>
              <w:sdtPr>
                <w:alias w:val="COM_OTHER_PROVIDERS"/>
                <w:tag w:val="COM_OTHER_PROVIDERS"/>
                <w:id w:val="1916971909"/>
                <w:text/>
              </w:sdtPr>
              <w:sdtContent>
                <w:r>
                  <w:rPr>
                    <w:color w:val="5B6775"/>
                    <w:sz w:val="17"/>
                  </w:rPr>
                  <w:t>Click or tap to enter</w:t>
                </w:r>
              </w:sdtContent>
            </w:sdt>
          </w:p>
        </w:tc>
      </w:tr>
      <w:tr w:rsidR="00D93B48" w14:paraId="48D1205D" w14:textId="77777777">
        <w:tblPrEx>
          <w:tblBorders>
            <w:insideH w:val="single" w:sz="4" w:space="0" w:color="CDD7E1"/>
            <w:insideV w:val="single" w:sz="4" w:space="0" w:color="CDD7E1"/>
          </w:tblBorders>
        </w:tblPrEx>
        <w:trPr>
          <w:cantSplit/>
          <w:trHeight w:val="454"/>
          <w:jc w:val="center"/>
        </w:trPr>
        <w:tc>
          <w:tcPr>
            <w:tcW w:w="3312" w:type="dxa"/>
            <w:gridSpan w:val="2"/>
            <w:shd w:val="clear" w:color="auto" w:fill="F5F7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3DFC0D5" w14:textId="77777777" w:rsidR="00D93B48" w:rsidRDefault="00000000">
            <w:pPr>
              <w:spacing w:after="0"/>
            </w:pPr>
            <w:r>
              <w:rPr>
                <w:b/>
                <w:sz w:val="17"/>
              </w:rPr>
              <w:t>Clinical review required?</w:t>
            </w:r>
          </w:p>
        </w:tc>
        <w:tc>
          <w:tcPr>
            <w:tcW w:w="662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9F57689" w14:textId="77777777" w:rsidR="00D93B48" w:rsidRDefault="00000000">
            <w:pPr>
              <w:spacing w:after="0"/>
            </w:pPr>
            <w:sdt>
              <w:sdtPr>
                <w:alias w:val="COM_CLINICAL_REVIEW"/>
                <w:tag w:val="COM_CLINICAL_REVIEW"/>
                <w:id w:val="1954207714"/>
                <w:text/>
              </w:sdtPr>
              <w:sdtContent>
                <w:r>
                  <w:rPr>
                    <w:color w:val="5B6775"/>
                    <w:sz w:val="17"/>
                  </w:rPr>
                  <w:t>Click or tap to enter</w:t>
                </w:r>
              </w:sdtContent>
            </w:sdt>
          </w:p>
        </w:tc>
      </w:tr>
      <w:tr w:rsidR="00D93B48" w14:paraId="1A3AB519" w14:textId="77777777">
        <w:tblPrEx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cantSplit/>
          <w:jc w:val="center"/>
        </w:trPr>
        <w:tc>
          <w:tcPr>
            <w:tcW w:w="792" w:type="dxa"/>
            <w:shd w:val="clear" w:color="auto" w:fill="743A5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9D36B46" w14:textId="77777777" w:rsidR="00D93B48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20"/>
              </w:rPr>
              <w:t>7</w:t>
            </w:r>
          </w:p>
        </w:tc>
        <w:tc>
          <w:tcPr>
            <w:tcW w:w="9144" w:type="dxa"/>
            <w:gridSpan w:val="2"/>
            <w:shd w:val="clear" w:color="auto" w:fill="F7ED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EC72DF3" w14:textId="77777777" w:rsidR="00D93B48" w:rsidRDefault="00000000">
            <w:pPr>
              <w:spacing w:after="0"/>
            </w:pPr>
            <w:r>
              <w:rPr>
                <w:b/>
                <w:color w:val="743A56"/>
                <w:sz w:val="23"/>
              </w:rPr>
              <w:t>Documents checklist</w:t>
            </w:r>
          </w:p>
        </w:tc>
      </w:tr>
    </w:tbl>
    <w:p w14:paraId="5942302F" w14:textId="77777777" w:rsidR="00D93B48" w:rsidRDefault="00000000">
      <w:pPr>
        <w:keepNext/>
        <w:spacing w:before="100" w:after="40"/>
      </w:pPr>
      <w:r>
        <w:rPr>
          <w:b/>
          <w:color w:val="743A56"/>
        </w:rPr>
        <w:t>Provide only documents needed for this referral</w:t>
      </w:r>
    </w:p>
    <w:tbl>
      <w:tblPr>
        <w:tblW w:w="9936" w:type="dxa"/>
        <w:jc w:val="center"/>
        <w:tblBorders>
          <w:top w:val="single" w:sz="3" w:space="0" w:color="CDD7E1"/>
          <w:left w:val="single" w:sz="3" w:space="0" w:color="CDD7E1"/>
          <w:bottom w:val="single" w:sz="3" w:space="0" w:color="CDD7E1"/>
          <w:right w:val="single" w:sz="3" w:space="0" w:color="CDD7E1"/>
          <w:insideH w:val="single" w:sz="3" w:space="0" w:color="CDD7E1"/>
          <w:insideV w:val="single" w:sz="3" w:space="0" w:color="CDD7E1"/>
        </w:tblBorders>
        <w:tblLayout w:type="fixed"/>
        <w:tblLook w:val="04A0" w:firstRow="1" w:lastRow="0" w:firstColumn="1" w:lastColumn="0" w:noHBand="0" w:noVBand="1"/>
      </w:tblPr>
      <w:tblGrid>
        <w:gridCol w:w="4968"/>
        <w:gridCol w:w="4968"/>
      </w:tblGrid>
      <w:tr w:rsidR="00D93B48" w14:paraId="6B32DC44" w14:textId="77777777">
        <w:trPr>
          <w:cantSplit/>
          <w:jc w:val="center"/>
        </w:trPr>
        <w:tc>
          <w:tcPr>
            <w:tcW w:w="496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B3F6C70" w14:textId="77777777" w:rsidR="00D93B48" w:rsidRDefault="00000000">
            <w:pPr>
              <w:spacing w:after="0"/>
            </w:pPr>
            <w:r>
              <w:rPr>
                <w:sz w:val="17"/>
              </w:rPr>
              <w:t>☐  Referral / requested-scope summary</w:t>
            </w:r>
          </w:p>
        </w:tc>
        <w:tc>
          <w:tcPr>
            <w:tcW w:w="496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B2FFE13" w14:textId="77777777" w:rsidR="00D93B48" w:rsidRDefault="00000000">
            <w:pPr>
              <w:spacing w:after="0"/>
            </w:pPr>
            <w:r>
              <w:rPr>
                <w:sz w:val="17"/>
              </w:rPr>
              <w:t>☐  Consent form</w:t>
            </w:r>
          </w:p>
        </w:tc>
      </w:tr>
      <w:tr w:rsidR="00D93B48" w14:paraId="47D93A00" w14:textId="77777777">
        <w:trPr>
          <w:cantSplit/>
          <w:jc w:val="center"/>
        </w:trPr>
        <w:tc>
          <w:tcPr>
            <w:tcW w:w="496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93913D8" w14:textId="77777777" w:rsidR="00D93B48" w:rsidRDefault="00000000">
            <w:pPr>
              <w:spacing w:after="0"/>
            </w:pPr>
            <w:r>
              <w:rPr>
                <w:sz w:val="17"/>
              </w:rPr>
              <w:t>☐  Guardian / OPG / authority document</w:t>
            </w:r>
          </w:p>
        </w:tc>
        <w:tc>
          <w:tcPr>
            <w:tcW w:w="496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DBAF1C0" w14:textId="77777777" w:rsidR="00D93B48" w:rsidRDefault="00000000">
            <w:pPr>
              <w:spacing w:after="0"/>
            </w:pPr>
            <w:r>
              <w:rPr>
                <w:sz w:val="17"/>
              </w:rPr>
              <w:t>☐  NDIS plan pages or funding confirmation</w:t>
            </w:r>
          </w:p>
        </w:tc>
      </w:tr>
      <w:tr w:rsidR="00D93B48" w14:paraId="0B1226D9" w14:textId="77777777">
        <w:trPr>
          <w:cantSplit/>
          <w:jc w:val="center"/>
        </w:trPr>
        <w:tc>
          <w:tcPr>
            <w:tcW w:w="496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392F760" w14:textId="77777777" w:rsidR="00D93B48" w:rsidRDefault="00000000">
            <w:pPr>
              <w:spacing w:after="0"/>
            </w:pPr>
            <w:r>
              <w:rPr>
                <w:sz w:val="17"/>
              </w:rPr>
              <w:t>☐  Relevant care or support plan</w:t>
            </w:r>
          </w:p>
        </w:tc>
        <w:tc>
          <w:tcPr>
            <w:tcW w:w="496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82914DC" w14:textId="77777777" w:rsidR="00D93B48" w:rsidRDefault="00000000">
            <w:pPr>
              <w:spacing w:after="0"/>
            </w:pPr>
            <w:r>
              <w:rPr>
                <w:sz w:val="17"/>
              </w:rPr>
              <w:t>☐  Risk / emergency plan</w:t>
            </w:r>
          </w:p>
        </w:tc>
      </w:tr>
      <w:tr w:rsidR="00D93B48" w14:paraId="32386EA4" w14:textId="77777777">
        <w:trPr>
          <w:cantSplit/>
          <w:jc w:val="center"/>
        </w:trPr>
        <w:tc>
          <w:tcPr>
            <w:tcW w:w="496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2690E06" w14:textId="77777777" w:rsidR="00D93B48" w:rsidRDefault="00000000">
            <w:pPr>
              <w:spacing w:after="0"/>
            </w:pPr>
            <w:r>
              <w:rPr>
                <w:sz w:val="17"/>
              </w:rPr>
              <w:t>☐  Behaviour support plan</w:t>
            </w:r>
          </w:p>
        </w:tc>
        <w:tc>
          <w:tcPr>
            <w:tcW w:w="496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34BE90D" w14:textId="77777777" w:rsidR="00D93B48" w:rsidRDefault="00000000">
            <w:pPr>
              <w:spacing w:after="0"/>
            </w:pPr>
            <w:r>
              <w:rPr>
                <w:sz w:val="17"/>
              </w:rPr>
              <w:t>☐  Medication information (if requested)</w:t>
            </w:r>
          </w:p>
        </w:tc>
      </w:tr>
      <w:tr w:rsidR="00D93B48" w14:paraId="430FBB81" w14:textId="77777777">
        <w:trPr>
          <w:cantSplit/>
          <w:jc w:val="center"/>
        </w:trPr>
        <w:tc>
          <w:tcPr>
            <w:tcW w:w="496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9F95807" w14:textId="77777777" w:rsidR="00D93B48" w:rsidRDefault="00000000">
            <w:pPr>
              <w:spacing w:after="0"/>
            </w:pPr>
            <w:r>
              <w:rPr>
                <w:sz w:val="17"/>
              </w:rPr>
              <w:t>☐  Clinical report (if requested)</w:t>
            </w:r>
          </w:p>
        </w:tc>
        <w:tc>
          <w:tcPr>
            <w:tcW w:w="496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DB2E534" w14:textId="77777777" w:rsidR="00D93B48" w:rsidRDefault="00000000">
            <w:pPr>
              <w:spacing w:after="0"/>
            </w:pPr>
            <w:r>
              <w:rPr>
                <w:sz w:val="17"/>
              </w:rPr>
              <w:t>☐  Other document listed below</w:t>
            </w:r>
          </w:p>
        </w:tc>
      </w:tr>
    </w:tbl>
    <w:p w14:paraId="4D9925DE" w14:textId="77777777" w:rsidR="00D93B48" w:rsidRDefault="00000000">
      <w:pPr>
        <w:keepNext/>
        <w:spacing w:before="100" w:after="40"/>
      </w:pPr>
      <w:r>
        <w:rPr>
          <w:b/>
          <w:color w:val="743A56"/>
          <w:sz w:val="18"/>
        </w:rPr>
        <w:t>Documents attached and secure-delivery notes</w:t>
      </w:r>
    </w:p>
    <w:tbl>
      <w:tblPr>
        <w:tblW w:w="9936" w:type="dxa"/>
        <w:jc w:val="center"/>
        <w:tblBorders>
          <w:top w:val="single" w:sz="4" w:space="0" w:color="CDD7E1"/>
          <w:left w:val="single" w:sz="4" w:space="0" w:color="CDD7E1"/>
          <w:bottom w:val="single" w:sz="4" w:space="0" w:color="CDD7E1"/>
          <w:right w:val="single" w:sz="4" w:space="0" w:color="CDD7E1"/>
        </w:tblBorders>
        <w:tblLayout w:type="fixed"/>
        <w:tblLook w:val="04A0" w:firstRow="1" w:lastRow="0" w:firstColumn="1" w:lastColumn="0" w:noHBand="0" w:noVBand="1"/>
      </w:tblPr>
      <w:tblGrid>
        <w:gridCol w:w="792"/>
        <w:gridCol w:w="331"/>
        <w:gridCol w:w="8813"/>
      </w:tblGrid>
      <w:tr w:rsidR="00D93B48" w14:paraId="6F41D948" w14:textId="77777777">
        <w:trPr>
          <w:cantSplit/>
          <w:jc w:val="center"/>
        </w:trPr>
        <w:tc>
          <w:tcPr>
            <w:tcW w:w="9936" w:type="dxa"/>
            <w:gridSpan w:val="3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74EA5F8" w14:textId="77777777" w:rsidR="00D93B48" w:rsidRDefault="00000000">
            <w:pPr>
              <w:spacing w:after="360"/>
            </w:pPr>
            <w:sdt>
              <w:sdtPr>
                <w:alias w:val="COM_DOCUMENTS"/>
                <w:tag w:val="COM_DOCUMENTS"/>
                <w:id w:val="1464618895"/>
                <w:text/>
              </w:sdtPr>
              <w:sdtContent>
                <w:r>
                  <w:rPr>
                    <w:color w:val="5B6775"/>
                    <w:sz w:val="17"/>
                  </w:rPr>
                  <w:t>Click or tap to enter</w:t>
                </w:r>
              </w:sdtContent>
            </w:sdt>
          </w:p>
        </w:tc>
      </w:tr>
      <w:tr w:rsidR="00D93B48" w14:paraId="5C89698C" w14:textId="77777777">
        <w:tblPrEx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cantSplit/>
          <w:jc w:val="center"/>
        </w:trPr>
        <w:tc>
          <w:tcPr>
            <w:tcW w:w="1123" w:type="dxa"/>
            <w:gridSpan w:val="2"/>
            <w:shd w:val="clear" w:color="auto" w:fill="A63D40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C399638" w14:textId="77777777" w:rsidR="00D93B48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PRIVACY</w:t>
            </w:r>
          </w:p>
        </w:tc>
        <w:tc>
          <w:tcPr>
            <w:tcW w:w="8813" w:type="dxa"/>
            <w:shd w:val="clear" w:color="auto" w:fill="FCECEE"/>
          </w:tcPr>
          <w:p w14:paraId="5844ADF2" w14:textId="77777777" w:rsidR="00D93B48" w:rsidRDefault="00000000">
            <w:pPr>
              <w:spacing w:after="40"/>
            </w:pPr>
            <w:r>
              <w:rPr>
                <w:b/>
                <w:color w:val="A63D40"/>
                <w:sz w:val="20"/>
              </w:rPr>
              <w:t>Protect sensitive information</w:t>
            </w:r>
          </w:p>
          <w:p w14:paraId="5DD20151" w14:textId="77777777" w:rsidR="00D93B48" w:rsidRDefault="00000000">
            <w:pPr>
              <w:spacing w:after="0"/>
            </w:pPr>
            <w:r>
              <w:rPr>
                <w:sz w:val="17"/>
              </w:rPr>
              <w:t>Contact us first to confirm the secure delivery method. Do not send identity documents or broad clinical records unless they are necessary and requested.</w:t>
            </w:r>
          </w:p>
        </w:tc>
      </w:tr>
      <w:tr w:rsidR="00D93B48" w14:paraId="2A3D084B" w14:textId="77777777">
        <w:tblPrEx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cantSplit/>
          <w:jc w:val="center"/>
        </w:trPr>
        <w:tc>
          <w:tcPr>
            <w:tcW w:w="792" w:type="dxa"/>
            <w:shd w:val="clear" w:color="auto" w:fill="743A5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EA319FF" w14:textId="77777777" w:rsidR="00D93B48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20"/>
              </w:rPr>
              <w:t>8</w:t>
            </w:r>
          </w:p>
        </w:tc>
        <w:tc>
          <w:tcPr>
            <w:tcW w:w="9144" w:type="dxa"/>
            <w:gridSpan w:val="2"/>
            <w:shd w:val="clear" w:color="auto" w:fill="F7ED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22901F5" w14:textId="77777777" w:rsidR="00D93B48" w:rsidRDefault="00000000">
            <w:pPr>
              <w:spacing w:after="0"/>
            </w:pPr>
            <w:r>
              <w:rPr>
                <w:b/>
                <w:color w:val="743A56"/>
                <w:sz w:val="23"/>
              </w:rPr>
              <w:t>Declaration</w:t>
            </w:r>
          </w:p>
        </w:tc>
      </w:tr>
    </w:tbl>
    <w:p w14:paraId="0273FB7E" w14:textId="77777777" w:rsidR="00D93B48" w:rsidRDefault="00000000">
      <w:pPr>
        <w:spacing w:after="80"/>
      </w:pPr>
      <w:r>
        <w:rPr>
          <w:sz w:val="17"/>
        </w:rPr>
        <w:t>I confirm that the information supplied is accurate to the best of my knowledge, the referral is authorised, and the participant and/or authorised representative understands that service is subject to assessment, capacity, funding and written acceptance.</w:t>
      </w:r>
    </w:p>
    <w:tbl>
      <w:tblPr>
        <w:tblW w:w="9936" w:type="dxa"/>
        <w:jc w:val="center"/>
        <w:tblBorders>
          <w:top w:val="single" w:sz="4" w:space="0" w:color="CDD7E1"/>
          <w:left w:val="single" w:sz="4" w:space="0" w:color="CDD7E1"/>
          <w:bottom w:val="single" w:sz="4" w:space="0" w:color="CDD7E1"/>
          <w:right w:val="single" w:sz="4" w:space="0" w:color="CDD7E1"/>
          <w:insideH w:val="single" w:sz="4" w:space="0" w:color="CDD7E1"/>
          <w:insideV w:val="single" w:sz="4" w:space="0" w:color="CDD7E1"/>
        </w:tblBorders>
        <w:tblLayout w:type="fixed"/>
        <w:tblLook w:val="04A0" w:firstRow="1" w:lastRow="0" w:firstColumn="1" w:lastColumn="0" w:noHBand="0" w:noVBand="1"/>
      </w:tblPr>
      <w:tblGrid>
        <w:gridCol w:w="3312"/>
        <w:gridCol w:w="6624"/>
      </w:tblGrid>
      <w:tr w:rsidR="00D93B48" w14:paraId="2A8D744D" w14:textId="77777777">
        <w:trPr>
          <w:cantSplit/>
          <w:trHeight w:val="454"/>
          <w:jc w:val="center"/>
        </w:trPr>
        <w:tc>
          <w:tcPr>
            <w:tcW w:w="3312" w:type="dxa"/>
            <w:shd w:val="clear" w:color="auto" w:fill="F5F7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683C6DF" w14:textId="77777777" w:rsidR="00D93B48" w:rsidRDefault="00000000">
            <w:pPr>
              <w:spacing w:after="0"/>
            </w:pPr>
            <w:r>
              <w:rPr>
                <w:b/>
                <w:sz w:val="17"/>
              </w:rPr>
              <w:t>Name *</w:t>
            </w:r>
          </w:p>
        </w:tc>
        <w:tc>
          <w:tcPr>
            <w:tcW w:w="662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8713865" w14:textId="77777777" w:rsidR="00D93B48" w:rsidRDefault="00000000">
            <w:pPr>
              <w:spacing w:after="0"/>
            </w:pPr>
            <w:sdt>
              <w:sdtPr>
                <w:alias w:val="COM_DECLARATION_NAME"/>
                <w:tag w:val="COM_DECLARATION_NAME"/>
                <w:id w:val="2041240232"/>
                <w:text/>
              </w:sdtPr>
              <w:sdtContent>
                <w:r>
                  <w:rPr>
                    <w:color w:val="5B6775"/>
                    <w:sz w:val="17"/>
                  </w:rPr>
                  <w:t>Click or tap to enter</w:t>
                </w:r>
              </w:sdtContent>
            </w:sdt>
          </w:p>
        </w:tc>
      </w:tr>
      <w:tr w:rsidR="00D93B48" w14:paraId="05BD6220" w14:textId="77777777">
        <w:trPr>
          <w:cantSplit/>
          <w:trHeight w:val="454"/>
          <w:jc w:val="center"/>
        </w:trPr>
        <w:tc>
          <w:tcPr>
            <w:tcW w:w="3312" w:type="dxa"/>
            <w:shd w:val="clear" w:color="auto" w:fill="F5F7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FB38052" w14:textId="77777777" w:rsidR="00D93B48" w:rsidRDefault="00000000">
            <w:pPr>
              <w:spacing w:after="0"/>
            </w:pPr>
            <w:r>
              <w:rPr>
                <w:b/>
                <w:sz w:val="17"/>
              </w:rPr>
              <w:t>Role *</w:t>
            </w:r>
          </w:p>
        </w:tc>
        <w:tc>
          <w:tcPr>
            <w:tcW w:w="662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44E952A" w14:textId="77777777" w:rsidR="00D93B48" w:rsidRDefault="00000000">
            <w:pPr>
              <w:spacing w:after="0"/>
            </w:pPr>
            <w:sdt>
              <w:sdtPr>
                <w:alias w:val="COM_DECLARATION_ROLE"/>
                <w:tag w:val="COM_DECLARATION_ROLE"/>
                <w:id w:val="-820658898"/>
                <w:text/>
              </w:sdtPr>
              <w:sdtContent>
                <w:r>
                  <w:rPr>
                    <w:color w:val="5B6775"/>
                    <w:sz w:val="17"/>
                  </w:rPr>
                  <w:t>Click or tap to enter</w:t>
                </w:r>
              </w:sdtContent>
            </w:sdt>
          </w:p>
        </w:tc>
      </w:tr>
      <w:tr w:rsidR="00D93B48" w14:paraId="0401B7D1" w14:textId="77777777">
        <w:trPr>
          <w:cantSplit/>
          <w:trHeight w:val="454"/>
          <w:jc w:val="center"/>
        </w:trPr>
        <w:tc>
          <w:tcPr>
            <w:tcW w:w="3312" w:type="dxa"/>
            <w:shd w:val="clear" w:color="auto" w:fill="F5F7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D6A0E76" w14:textId="77777777" w:rsidR="00D93B48" w:rsidRDefault="00000000">
            <w:pPr>
              <w:spacing w:after="0"/>
            </w:pPr>
            <w:r>
              <w:rPr>
                <w:b/>
                <w:sz w:val="17"/>
              </w:rPr>
              <w:t>Signature *</w:t>
            </w:r>
          </w:p>
        </w:tc>
        <w:tc>
          <w:tcPr>
            <w:tcW w:w="662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8B99E7A" w14:textId="77777777" w:rsidR="00D93B48" w:rsidRDefault="00000000">
            <w:pPr>
              <w:spacing w:after="0"/>
            </w:pPr>
            <w:sdt>
              <w:sdtPr>
                <w:alias w:val="COM_SIGNATURE"/>
                <w:tag w:val="COM_SIGNATURE"/>
                <w:id w:val="-207575112"/>
                <w:text/>
              </w:sdtPr>
              <w:sdtContent>
                <w:r>
                  <w:rPr>
                    <w:color w:val="5B6775"/>
                    <w:sz w:val="17"/>
                  </w:rPr>
                  <w:t>Click or tap to enter</w:t>
                </w:r>
              </w:sdtContent>
            </w:sdt>
          </w:p>
        </w:tc>
      </w:tr>
      <w:tr w:rsidR="00D93B48" w14:paraId="623D9740" w14:textId="77777777">
        <w:trPr>
          <w:cantSplit/>
          <w:trHeight w:val="454"/>
          <w:jc w:val="center"/>
        </w:trPr>
        <w:tc>
          <w:tcPr>
            <w:tcW w:w="3312" w:type="dxa"/>
            <w:shd w:val="clear" w:color="auto" w:fill="F5F7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0F58C64" w14:textId="77777777" w:rsidR="00D93B48" w:rsidRDefault="00000000">
            <w:pPr>
              <w:spacing w:after="0"/>
            </w:pPr>
            <w:r>
              <w:rPr>
                <w:b/>
                <w:sz w:val="17"/>
              </w:rPr>
              <w:t>Date *</w:t>
            </w:r>
          </w:p>
        </w:tc>
        <w:tc>
          <w:tcPr>
            <w:tcW w:w="662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717AC65" w14:textId="77777777" w:rsidR="00D93B48" w:rsidRDefault="00000000">
            <w:pPr>
              <w:spacing w:after="0"/>
            </w:pPr>
            <w:sdt>
              <w:sdtPr>
                <w:alias w:val="COM_SIGN_DATE"/>
                <w:tag w:val="COM_SIGN_DATE"/>
                <w:id w:val="-1634554085"/>
                <w:text/>
              </w:sdtPr>
              <w:sdtContent>
                <w:r>
                  <w:rPr>
                    <w:color w:val="5B6775"/>
                    <w:sz w:val="17"/>
                  </w:rPr>
                  <w:t>Click or tap to enter</w:t>
                </w:r>
              </w:sdtContent>
            </w:sdt>
          </w:p>
        </w:tc>
      </w:tr>
    </w:tbl>
    <w:p w14:paraId="6FE05620" w14:textId="77777777" w:rsidR="00D93B48" w:rsidRDefault="00000000">
      <w:pPr>
        <w:spacing w:after="0"/>
      </w:pPr>
      <w:r>
        <w:br w:type="page"/>
      </w:r>
    </w:p>
    <w:tbl>
      <w:tblPr>
        <w:tblW w:w="9936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792"/>
        <w:gridCol w:w="331"/>
        <w:gridCol w:w="2189"/>
        <w:gridCol w:w="6624"/>
      </w:tblGrid>
      <w:tr w:rsidR="00D93B48" w14:paraId="45E7AB38" w14:textId="77777777">
        <w:trPr>
          <w:cantSplit/>
          <w:jc w:val="center"/>
        </w:trPr>
        <w:tc>
          <w:tcPr>
            <w:tcW w:w="792" w:type="dxa"/>
            <w:shd w:val="clear" w:color="auto" w:fill="743A5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C550EB3" w14:textId="77777777" w:rsidR="00D93B48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20"/>
              </w:rPr>
              <w:lastRenderedPageBreak/>
              <w:t>9</w:t>
            </w:r>
          </w:p>
        </w:tc>
        <w:tc>
          <w:tcPr>
            <w:tcW w:w="9144" w:type="dxa"/>
            <w:gridSpan w:val="3"/>
            <w:shd w:val="clear" w:color="auto" w:fill="F7ED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621B348" w14:textId="77777777" w:rsidR="00D93B48" w:rsidRDefault="00000000">
            <w:pPr>
              <w:spacing w:after="0"/>
            </w:pPr>
            <w:r>
              <w:rPr>
                <w:b/>
                <w:color w:val="743A56"/>
                <w:sz w:val="23"/>
              </w:rPr>
              <w:t>Internal triage — office use</w:t>
            </w:r>
          </w:p>
        </w:tc>
      </w:tr>
      <w:tr w:rsidR="00D93B48" w14:paraId="1F5CBB31" w14:textId="77777777">
        <w:tblPrEx>
          <w:tblBorders>
            <w:top w:val="single" w:sz="4" w:space="0" w:color="CDD7E1"/>
            <w:left w:val="single" w:sz="4" w:space="0" w:color="CDD7E1"/>
            <w:bottom w:val="single" w:sz="4" w:space="0" w:color="CDD7E1"/>
            <w:right w:val="single" w:sz="4" w:space="0" w:color="CDD7E1"/>
            <w:insideH w:val="single" w:sz="4" w:space="0" w:color="CDD7E1"/>
            <w:insideV w:val="single" w:sz="4" w:space="0" w:color="CDD7E1"/>
          </w:tblBorders>
        </w:tblPrEx>
        <w:trPr>
          <w:cantSplit/>
          <w:trHeight w:val="454"/>
          <w:jc w:val="center"/>
        </w:trPr>
        <w:tc>
          <w:tcPr>
            <w:tcW w:w="3312" w:type="dxa"/>
            <w:gridSpan w:val="3"/>
            <w:shd w:val="clear" w:color="auto" w:fill="F5F7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3A069EB" w14:textId="77777777" w:rsidR="00D93B48" w:rsidRDefault="00000000">
            <w:pPr>
              <w:spacing w:after="0"/>
            </w:pPr>
            <w:r>
              <w:rPr>
                <w:b/>
                <w:sz w:val="17"/>
              </w:rPr>
              <w:t>Received / source</w:t>
            </w:r>
          </w:p>
        </w:tc>
        <w:tc>
          <w:tcPr>
            <w:tcW w:w="662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C0C4FC3" w14:textId="77777777" w:rsidR="00D93B48" w:rsidRDefault="00000000">
            <w:pPr>
              <w:spacing w:after="0"/>
            </w:pPr>
            <w:sdt>
              <w:sdtPr>
                <w:alias w:val="COM_INTERNAL_RECEIVED"/>
                <w:tag w:val="COM_INTERNAL_RECEIVED"/>
                <w:id w:val="188884358"/>
                <w:text/>
              </w:sdtPr>
              <w:sdtContent>
                <w:r>
                  <w:rPr>
                    <w:color w:val="5B6775"/>
                    <w:sz w:val="17"/>
                  </w:rPr>
                  <w:t>Click or tap to enter</w:t>
                </w:r>
              </w:sdtContent>
            </w:sdt>
          </w:p>
        </w:tc>
      </w:tr>
      <w:tr w:rsidR="00D93B48" w14:paraId="361B2B9D" w14:textId="77777777">
        <w:tblPrEx>
          <w:tblBorders>
            <w:top w:val="single" w:sz="4" w:space="0" w:color="CDD7E1"/>
            <w:left w:val="single" w:sz="4" w:space="0" w:color="CDD7E1"/>
            <w:bottom w:val="single" w:sz="4" w:space="0" w:color="CDD7E1"/>
            <w:right w:val="single" w:sz="4" w:space="0" w:color="CDD7E1"/>
            <w:insideH w:val="single" w:sz="4" w:space="0" w:color="CDD7E1"/>
            <w:insideV w:val="single" w:sz="4" w:space="0" w:color="CDD7E1"/>
          </w:tblBorders>
        </w:tblPrEx>
        <w:trPr>
          <w:cantSplit/>
          <w:trHeight w:val="454"/>
          <w:jc w:val="center"/>
        </w:trPr>
        <w:tc>
          <w:tcPr>
            <w:tcW w:w="3312" w:type="dxa"/>
            <w:gridSpan w:val="3"/>
            <w:shd w:val="clear" w:color="auto" w:fill="F5F7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38607FD" w14:textId="77777777" w:rsidR="00D93B48" w:rsidRDefault="00000000">
            <w:pPr>
              <w:spacing w:after="0"/>
            </w:pPr>
            <w:r>
              <w:rPr>
                <w:b/>
                <w:sz w:val="17"/>
              </w:rPr>
              <w:t>Owner</w:t>
            </w:r>
          </w:p>
        </w:tc>
        <w:tc>
          <w:tcPr>
            <w:tcW w:w="662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7ED4FCD" w14:textId="77777777" w:rsidR="00D93B48" w:rsidRDefault="00000000">
            <w:pPr>
              <w:spacing w:after="0"/>
            </w:pPr>
            <w:sdt>
              <w:sdtPr>
                <w:alias w:val="COM_INTERNAL_OWNER"/>
                <w:tag w:val="COM_INTERNAL_OWNER"/>
                <w:id w:val="-569888242"/>
                <w:text/>
              </w:sdtPr>
              <w:sdtContent>
                <w:r>
                  <w:rPr>
                    <w:color w:val="5B6775"/>
                    <w:sz w:val="17"/>
                  </w:rPr>
                  <w:t>Click or tap to enter</w:t>
                </w:r>
              </w:sdtContent>
            </w:sdt>
          </w:p>
        </w:tc>
      </w:tr>
      <w:tr w:rsidR="00D93B48" w14:paraId="288CA09E" w14:textId="77777777">
        <w:tblPrEx>
          <w:tblBorders>
            <w:top w:val="single" w:sz="4" w:space="0" w:color="CDD7E1"/>
            <w:left w:val="single" w:sz="4" w:space="0" w:color="CDD7E1"/>
            <w:bottom w:val="single" w:sz="4" w:space="0" w:color="CDD7E1"/>
            <w:right w:val="single" w:sz="4" w:space="0" w:color="CDD7E1"/>
            <w:insideH w:val="single" w:sz="4" w:space="0" w:color="CDD7E1"/>
            <w:insideV w:val="single" w:sz="4" w:space="0" w:color="CDD7E1"/>
          </w:tblBorders>
        </w:tblPrEx>
        <w:trPr>
          <w:cantSplit/>
          <w:trHeight w:val="454"/>
          <w:jc w:val="center"/>
        </w:trPr>
        <w:tc>
          <w:tcPr>
            <w:tcW w:w="3312" w:type="dxa"/>
            <w:gridSpan w:val="3"/>
            <w:shd w:val="clear" w:color="auto" w:fill="F5F7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B64EC18" w14:textId="77777777" w:rsidR="00D93B48" w:rsidRDefault="00000000">
            <w:pPr>
              <w:spacing w:after="0"/>
            </w:pPr>
            <w:r>
              <w:rPr>
                <w:b/>
                <w:sz w:val="17"/>
              </w:rPr>
              <w:t>Consent / authority verified</w:t>
            </w:r>
          </w:p>
        </w:tc>
        <w:tc>
          <w:tcPr>
            <w:tcW w:w="662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9C22830" w14:textId="77777777" w:rsidR="00D93B48" w:rsidRDefault="00000000">
            <w:pPr>
              <w:spacing w:after="0"/>
            </w:pPr>
            <w:sdt>
              <w:sdtPr>
                <w:alias w:val="COM_INTERNAL_AUTHORITY"/>
                <w:tag w:val="COM_INTERNAL_AUTHORITY"/>
                <w:id w:val="-1861502489"/>
                <w:text/>
              </w:sdtPr>
              <w:sdtContent>
                <w:r>
                  <w:rPr>
                    <w:color w:val="5B6775"/>
                    <w:sz w:val="17"/>
                  </w:rPr>
                  <w:t>Click or tap to enter</w:t>
                </w:r>
              </w:sdtContent>
            </w:sdt>
          </w:p>
        </w:tc>
      </w:tr>
      <w:tr w:rsidR="00D93B48" w14:paraId="64D6C1F8" w14:textId="77777777">
        <w:tblPrEx>
          <w:tblBorders>
            <w:top w:val="single" w:sz="4" w:space="0" w:color="CDD7E1"/>
            <w:left w:val="single" w:sz="4" w:space="0" w:color="CDD7E1"/>
            <w:bottom w:val="single" w:sz="4" w:space="0" w:color="CDD7E1"/>
            <w:right w:val="single" w:sz="4" w:space="0" w:color="CDD7E1"/>
            <w:insideH w:val="single" w:sz="4" w:space="0" w:color="CDD7E1"/>
            <w:insideV w:val="single" w:sz="4" w:space="0" w:color="CDD7E1"/>
          </w:tblBorders>
        </w:tblPrEx>
        <w:trPr>
          <w:cantSplit/>
          <w:trHeight w:val="454"/>
          <w:jc w:val="center"/>
        </w:trPr>
        <w:tc>
          <w:tcPr>
            <w:tcW w:w="3312" w:type="dxa"/>
            <w:gridSpan w:val="3"/>
            <w:shd w:val="clear" w:color="auto" w:fill="F5F7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5FA8585" w14:textId="77777777" w:rsidR="00D93B48" w:rsidRDefault="00000000">
            <w:pPr>
              <w:spacing w:after="0"/>
            </w:pPr>
            <w:r>
              <w:rPr>
                <w:b/>
                <w:sz w:val="17"/>
              </w:rPr>
              <w:t>Funding verified</w:t>
            </w:r>
          </w:p>
        </w:tc>
        <w:tc>
          <w:tcPr>
            <w:tcW w:w="662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6E11B07" w14:textId="77777777" w:rsidR="00D93B48" w:rsidRDefault="00000000">
            <w:pPr>
              <w:spacing w:after="0"/>
            </w:pPr>
            <w:sdt>
              <w:sdtPr>
                <w:alias w:val="COM_INTERNAL_FUNDING"/>
                <w:tag w:val="COM_INTERNAL_FUNDING"/>
                <w:id w:val="1037232929"/>
                <w:text/>
              </w:sdtPr>
              <w:sdtContent>
                <w:r>
                  <w:rPr>
                    <w:color w:val="5B6775"/>
                    <w:sz w:val="17"/>
                  </w:rPr>
                  <w:t>Click or tap to enter</w:t>
                </w:r>
              </w:sdtContent>
            </w:sdt>
          </w:p>
        </w:tc>
      </w:tr>
      <w:tr w:rsidR="00D93B48" w14:paraId="4DEDF894" w14:textId="77777777">
        <w:tblPrEx>
          <w:tblBorders>
            <w:top w:val="single" w:sz="4" w:space="0" w:color="CDD7E1"/>
            <w:left w:val="single" w:sz="4" w:space="0" w:color="CDD7E1"/>
            <w:bottom w:val="single" w:sz="4" w:space="0" w:color="CDD7E1"/>
            <w:right w:val="single" w:sz="4" w:space="0" w:color="CDD7E1"/>
            <w:insideH w:val="single" w:sz="4" w:space="0" w:color="CDD7E1"/>
            <w:insideV w:val="single" w:sz="4" w:space="0" w:color="CDD7E1"/>
          </w:tblBorders>
        </w:tblPrEx>
        <w:trPr>
          <w:cantSplit/>
          <w:trHeight w:val="454"/>
          <w:jc w:val="center"/>
        </w:trPr>
        <w:tc>
          <w:tcPr>
            <w:tcW w:w="3312" w:type="dxa"/>
            <w:gridSpan w:val="3"/>
            <w:shd w:val="clear" w:color="auto" w:fill="F5F7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DDC2C8D" w14:textId="77777777" w:rsidR="00D93B48" w:rsidRDefault="00000000">
            <w:pPr>
              <w:spacing w:after="0"/>
            </w:pPr>
            <w:r>
              <w:rPr>
                <w:b/>
                <w:sz w:val="17"/>
              </w:rPr>
              <w:t>Clinical / entity decision</w:t>
            </w:r>
          </w:p>
        </w:tc>
        <w:tc>
          <w:tcPr>
            <w:tcW w:w="662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2A5CE74" w14:textId="77777777" w:rsidR="00D93B48" w:rsidRDefault="00000000">
            <w:pPr>
              <w:spacing w:after="0"/>
            </w:pPr>
            <w:sdt>
              <w:sdtPr>
                <w:alias w:val="COM_INTERNAL_ENTITY"/>
                <w:tag w:val="COM_INTERNAL_ENTITY"/>
                <w:id w:val="-1025256335"/>
                <w:text/>
              </w:sdtPr>
              <w:sdtContent>
                <w:r>
                  <w:rPr>
                    <w:color w:val="5B6775"/>
                    <w:sz w:val="17"/>
                  </w:rPr>
                  <w:t>Click or tap to enter</w:t>
                </w:r>
              </w:sdtContent>
            </w:sdt>
          </w:p>
        </w:tc>
      </w:tr>
      <w:tr w:rsidR="00D93B48" w14:paraId="11B278C5" w14:textId="77777777">
        <w:tblPrEx>
          <w:tblBorders>
            <w:top w:val="single" w:sz="4" w:space="0" w:color="CDD7E1"/>
            <w:left w:val="single" w:sz="4" w:space="0" w:color="CDD7E1"/>
            <w:bottom w:val="single" w:sz="4" w:space="0" w:color="CDD7E1"/>
            <w:right w:val="single" w:sz="4" w:space="0" w:color="CDD7E1"/>
            <w:insideH w:val="single" w:sz="4" w:space="0" w:color="CDD7E1"/>
            <w:insideV w:val="single" w:sz="4" w:space="0" w:color="CDD7E1"/>
          </w:tblBorders>
        </w:tblPrEx>
        <w:trPr>
          <w:cantSplit/>
          <w:trHeight w:val="454"/>
          <w:jc w:val="center"/>
        </w:trPr>
        <w:tc>
          <w:tcPr>
            <w:tcW w:w="3312" w:type="dxa"/>
            <w:gridSpan w:val="3"/>
            <w:shd w:val="clear" w:color="auto" w:fill="F5F7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D6627B3" w14:textId="77777777" w:rsidR="00D93B48" w:rsidRDefault="00000000">
            <w:pPr>
              <w:spacing w:after="0"/>
            </w:pPr>
            <w:r>
              <w:rPr>
                <w:b/>
                <w:sz w:val="17"/>
              </w:rPr>
              <w:t>Outcome / next contact</w:t>
            </w:r>
          </w:p>
        </w:tc>
        <w:tc>
          <w:tcPr>
            <w:tcW w:w="6624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30DC104" w14:textId="77777777" w:rsidR="00D93B48" w:rsidRDefault="00000000">
            <w:pPr>
              <w:spacing w:after="0"/>
            </w:pPr>
            <w:sdt>
              <w:sdtPr>
                <w:alias w:val="COM_INTERNAL_OUTCOME"/>
                <w:tag w:val="COM_INTERNAL_OUTCOME"/>
                <w:id w:val="1498619694"/>
                <w:text/>
              </w:sdtPr>
              <w:sdtContent>
                <w:r>
                  <w:rPr>
                    <w:color w:val="5B6775"/>
                    <w:sz w:val="17"/>
                  </w:rPr>
                  <w:t>Click or tap to enter</w:t>
                </w:r>
              </w:sdtContent>
            </w:sdt>
          </w:p>
        </w:tc>
      </w:tr>
      <w:tr w:rsidR="00D93B48" w14:paraId="00C21F38" w14:textId="77777777">
        <w:trPr>
          <w:cantSplit/>
          <w:jc w:val="center"/>
        </w:trPr>
        <w:tc>
          <w:tcPr>
            <w:tcW w:w="1123" w:type="dxa"/>
            <w:gridSpan w:val="2"/>
            <w:shd w:val="clear" w:color="auto" w:fill="743A5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6CFC788" w14:textId="77777777" w:rsidR="00D93B48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INTERNAL</w:t>
            </w:r>
          </w:p>
        </w:tc>
        <w:tc>
          <w:tcPr>
            <w:tcW w:w="8813" w:type="dxa"/>
            <w:gridSpan w:val="2"/>
            <w:shd w:val="clear" w:color="auto" w:fill="F7EDF2"/>
          </w:tcPr>
          <w:p w14:paraId="6C265517" w14:textId="77777777" w:rsidR="00D93B48" w:rsidRDefault="00000000">
            <w:pPr>
              <w:spacing w:after="40"/>
            </w:pPr>
            <w:r>
              <w:rPr>
                <w:b/>
                <w:color w:val="743A56"/>
                <w:sz w:val="20"/>
              </w:rPr>
              <w:t>Compassionate routing check</w:t>
            </w:r>
          </w:p>
          <w:p w14:paraId="159B4566" w14:textId="77777777" w:rsidR="00D93B48" w:rsidRDefault="00000000">
            <w:pPr>
              <w:spacing w:after="0"/>
            </w:pPr>
            <w:r>
              <w:rPr>
                <w:sz w:val="17"/>
              </w:rPr>
              <w:t>Use this form only for Compassionate non-clinical supports. If nursing or high-care tasks are identified, hold the referral for a separate clinical and entity review.</w:t>
            </w:r>
          </w:p>
        </w:tc>
      </w:tr>
    </w:tbl>
    <w:p w14:paraId="32344D8F" w14:textId="77777777" w:rsidR="00D93B48" w:rsidRDefault="00000000">
      <w:pPr>
        <w:jc w:val="center"/>
      </w:pPr>
      <w:r>
        <w:rPr>
          <w:b/>
          <w:color w:val="743A56"/>
          <w:sz w:val="16"/>
        </w:rPr>
        <w:t>Return after secure-delivery confirmation: vanessa.projectmanager@cnursingcare.com.au • (07) 2143 9238</w:t>
      </w:r>
    </w:p>
    <w:sectPr w:rsidR="00D93B48" w:rsidSect="00034616">
      <w:headerReference w:type="default" r:id="rId8"/>
      <w:footerReference w:type="default" r:id="rId9"/>
      <w:pgSz w:w="11906" w:h="16838"/>
      <w:pgMar w:top="964" w:right="964" w:bottom="907" w:left="964" w:header="39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6302FB" w14:textId="77777777" w:rsidR="004530A8" w:rsidRDefault="004530A8">
      <w:pPr>
        <w:spacing w:after="0" w:line="240" w:lineRule="auto"/>
      </w:pPr>
      <w:r>
        <w:separator/>
      </w:r>
    </w:p>
  </w:endnote>
  <w:endnote w:type="continuationSeparator" w:id="0">
    <w:p w14:paraId="7448C20F" w14:textId="77777777" w:rsidR="004530A8" w:rsidRDefault="004530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8719B9" w14:textId="77777777" w:rsidR="00D93B48" w:rsidRDefault="00000000">
    <w:pPr>
      <w:pStyle w:val="Footer"/>
      <w:jc w:val="center"/>
    </w:pPr>
    <w:r>
      <w:rPr>
        <w:color w:val="5B6775"/>
        <w:sz w:val="15"/>
      </w:rPr>
      <w:t xml:space="preserve">Compassionate Nursing </w:t>
    </w:r>
    <w:proofErr w:type="gramStart"/>
    <w:r>
      <w:rPr>
        <w:color w:val="5B6775"/>
        <w:sz w:val="15"/>
      </w:rPr>
      <w:t>Care  •</w:t>
    </w:r>
    <w:proofErr w:type="gramEnd"/>
    <w:r>
      <w:rPr>
        <w:color w:val="5B6775"/>
        <w:sz w:val="15"/>
      </w:rPr>
      <w:t xml:space="preserve">  Compassionate Nursing Care Referral </w:t>
    </w:r>
    <w:proofErr w:type="gramStart"/>
    <w:r>
      <w:rPr>
        <w:color w:val="5B6775"/>
        <w:sz w:val="15"/>
      </w:rPr>
      <w:t>Form  •</w:t>
    </w:r>
    <w:proofErr w:type="gramEnd"/>
    <w:r>
      <w:rPr>
        <w:color w:val="5B6775"/>
        <w:sz w:val="15"/>
      </w:rPr>
      <w:t xml:space="preserve">  </w:t>
    </w:r>
    <w:r>
      <w:fldChar w:fldCharType="begin"/>
    </w:r>
    <w:r>
      <w:instrText xml:space="preserve"> PAGE </w:instrText>
    </w:r>
    <w:r w:rsidR="00FE6E6C">
      <w:fldChar w:fldCharType="separate"/>
    </w:r>
    <w:r w:rsidR="00FE6E6C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07CB45" w14:textId="77777777" w:rsidR="004530A8" w:rsidRDefault="004530A8">
      <w:pPr>
        <w:spacing w:after="0" w:line="240" w:lineRule="auto"/>
      </w:pPr>
      <w:r>
        <w:separator/>
      </w:r>
    </w:p>
  </w:footnote>
  <w:footnote w:type="continuationSeparator" w:id="0">
    <w:p w14:paraId="4A8B1401" w14:textId="77777777" w:rsidR="004530A8" w:rsidRDefault="004530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DDAC07" w14:textId="77777777" w:rsidR="00D93B48" w:rsidRDefault="00D93B48">
    <w:pPr>
      <w:pStyle w:val="Header"/>
    </w:pPr>
  </w:p>
  <w:tbl>
    <w:tblPr>
      <w:tblW w:w="9936" w:type="dxa"/>
      <w:jc w:val="center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A0" w:firstRow="1" w:lastRow="0" w:firstColumn="1" w:lastColumn="0" w:noHBand="0" w:noVBand="1"/>
    </w:tblPr>
    <w:tblGrid>
      <w:gridCol w:w="6552"/>
      <w:gridCol w:w="3384"/>
    </w:tblGrid>
    <w:tr w:rsidR="00D93B48" w14:paraId="704BFD14" w14:textId="77777777">
      <w:trPr>
        <w:jc w:val="center"/>
      </w:trPr>
      <w:tc>
        <w:tcPr>
          <w:tcW w:w="6552" w:type="dxa"/>
          <w:tcMar>
            <w:top w:w="90" w:type="dxa"/>
            <w:left w:w="110" w:type="dxa"/>
            <w:bottom w:w="90" w:type="dxa"/>
            <w:right w:w="110" w:type="dxa"/>
          </w:tcMar>
          <w:vAlign w:val="center"/>
        </w:tcPr>
        <w:p w14:paraId="6D1D7CFB" w14:textId="77777777" w:rsidR="00D93B48" w:rsidRDefault="00000000">
          <w:pPr>
            <w:spacing w:after="40"/>
          </w:pPr>
          <w:r>
            <w:rPr>
              <w:b/>
              <w:color w:val="743A56"/>
            </w:rPr>
            <w:t>COMPASSIONATE NURSING CARE</w:t>
          </w:r>
        </w:p>
      </w:tc>
      <w:tc>
        <w:tcPr>
          <w:tcW w:w="3384" w:type="dxa"/>
          <w:tcMar>
            <w:top w:w="90" w:type="dxa"/>
            <w:left w:w="110" w:type="dxa"/>
            <w:bottom w:w="90" w:type="dxa"/>
            <w:right w:w="110" w:type="dxa"/>
          </w:tcMar>
          <w:vAlign w:val="center"/>
        </w:tcPr>
        <w:p w14:paraId="1F508D5D" w14:textId="77777777" w:rsidR="00D93B48" w:rsidRDefault="00000000">
          <w:pPr>
            <w:spacing w:after="40"/>
            <w:jc w:val="right"/>
          </w:pPr>
          <w:r>
            <w:rPr>
              <w:b/>
              <w:color w:val="5B6775"/>
              <w:sz w:val="15"/>
            </w:rPr>
            <w:t>EVERYDAY SUPPORT REFERRAL FORM</w:t>
          </w:r>
        </w:p>
      </w:tc>
    </w:tr>
  </w:tbl>
  <w:p w14:paraId="2E38CF5E" w14:textId="77777777" w:rsidR="00D93B48" w:rsidRDefault="00000000">
    <w:pPr>
      <w:spacing w:after="0" w:line="240" w:lineRule="auto"/>
    </w:pPr>
    <w:r>
      <w:rPr>
        <w:color w:val="743A56"/>
        <w:sz w:val="8"/>
      </w:rPr>
      <w:t>━━━━━━━━━━━━━━━━━━━━━━━━━━━━━━━━━━━━━━━━━━━━━━━━━━━━━━━━━━━━━━━━━━━━━━━━━━━━━━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2048277">
    <w:abstractNumId w:val="8"/>
  </w:num>
  <w:num w:numId="2" w16cid:durableId="448822811">
    <w:abstractNumId w:val="6"/>
  </w:num>
  <w:num w:numId="3" w16cid:durableId="1266230949">
    <w:abstractNumId w:val="5"/>
  </w:num>
  <w:num w:numId="4" w16cid:durableId="838345029">
    <w:abstractNumId w:val="4"/>
  </w:num>
  <w:num w:numId="5" w16cid:durableId="1539851163">
    <w:abstractNumId w:val="7"/>
  </w:num>
  <w:num w:numId="6" w16cid:durableId="575287885">
    <w:abstractNumId w:val="3"/>
  </w:num>
  <w:num w:numId="7" w16cid:durableId="1746225546">
    <w:abstractNumId w:val="2"/>
  </w:num>
  <w:num w:numId="8" w16cid:durableId="1870335304">
    <w:abstractNumId w:val="1"/>
  </w:num>
  <w:num w:numId="9" w16cid:durableId="4455888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530A8"/>
    <w:rsid w:val="00507A12"/>
    <w:rsid w:val="00AA1D8D"/>
    <w:rsid w:val="00B47730"/>
    <w:rsid w:val="00CB0664"/>
    <w:rsid w:val="00D93B48"/>
    <w:rsid w:val="00FC693F"/>
    <w:rsid w:val="00FE6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C21819E"/>
  <w14:defaultImageDpi w14:val="300"/>
  <w15:docId w15:val="{52A6CC71-2E68-48E2-8D84-291831FA4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Arial" w:hAnsi="Arial"/>
      <w:color w:val="243244"/>
      <w:sz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/>
      <w:b/>
      <w:bCs/>
      <w:color w:val="743A56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b/>
      <w:bCs/>
      <w:color w:val="743A56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b/>
      <w:bCs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/>
      <w:b/>
      <w:color w:val="743A56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50"/>
      <w:ind w:left="340" w:hanging="170"/>
      <w:contextualSpacing/>
    </w:pPr>
    <w:rPr>
      <w:sz w:val="18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50"/>
      <w:ind w:left="680" w:hanging="170"/>
      <w:contextualSpacing/>
    </w:pPr>
    <w:rPr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857</Words>
  <Characters>4888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5734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Compassionate Nursing Care Referral Form</dc:title>
  <dc:subject>Everyday support referral form</dc:subject>
  <dc:creator>Compassionate Nursing Care</dc:creator>
  <cp:keywords/>
  <dc:description>generated by python-docx</dc:description>
  <cp:lastModifiedBy>Alexandra Clarkson</cp:lastModifiedBy>
  <cp:revision>2</cp:revision>
  <dcterms:created xsi:type="dcterms:W3CDTF">2026-10-05T03:48:00Z</dcterms:created>
  <dcterms:modified xsi:type="dcterms:W3CDTF">2026-10-05T03:48:00Z</dcterms:modified>
  <cp:category/>
</cp:coreProperties>
</file>